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F1F1F"/>
        </w:rPr>
        <w:t>Trial Sample Custody and Shipment Record</w:t>
      </w:r>
    </w:p>
    <w:p>
      <w:pPr>
        <w:spacing w:after="80"/>
      </w:pPr>
      <w:r>
        <w:rPr>
          <w:b w:val="0"/>
          <w:i/>
          <w:sz w:val="20"/>
        </w:rPr>
        <w:t>For samples, controls and retained splits taken during an industrial product trial and sent to a testing laboratory.</w:t>
      </w:r>
    </w:p>
    <w:p>
      <w:pPr>
        <w:pStyle w:val="Heading1"/>
      </w:pPr>
      <w:r>
        <w:rPr>
          <w:color w:val="1F1F1F"/>
        </w:rPr>
        <w:t>Instructions</w:t>
      </w:r>
    </w:p>
    <w:tbl>
      <w:tblPr>
        <w:tblStyle w:val="TableGrid"/>
        <w:tblW w:type="auto" w:w="0"/>
        <w:tblLook w:firstColumn="1" w:firstRow="1" w:lastColumn="0" w:lastRow="0" w:noHBand="0" w:noVBand="1" w:val="04A0"/>
      </w:tblPr>
      <w:tblGrid>
        <w:gridCol w:w="9638"/>
      </w:tblGrid>
      <w:tr>
        <w:tc>
          <w:tcPr>
            <w:tcW w:type="dxa" w:w="9638"/>
            <w:shd w:val="clear" w:color="auto" w:fill="F7F7F7"/>
          </w:tcPr>
          <w:p>
            <w:pPr>
              <w:spacing w:after="40"/>
            </w:pPr>
            <w:r/>
            <w:r>
              <w:rPr>
                <w:b w:val="0"/>
                <w:i w:val="0"/>
                <w:sz w:val="18"/>
              </w:rPr>
              <w:t>1. Open this record when the trial plan is issued, before the first sample is drawn. Close it when the laboratory has confirmed receipt of the last sample and retained splits are released.</w:t>
            </w:r>
          </w:p>
          <w:p>
            <w:pPr>
              <w:spacing w:after="40"/>
            </w:pPr>
            <w:r>
              <w:rPr>
                <w:b w:val="0"/>
                <w:i w:val="0"/>
                <w:sz w:val="18"/>
              </w:rPr>
              <w:t>2. Fill in the sections in the order the samples move: 1 before sampling, 2 and 3 at the sampling point, 4 at dispatch, 5 at every handover, 6 the same day anything departs from the plan.</w:t>
            </w:r>
          </w:p>
          <w:p>
            <w:pPr>
              <w:spacing w:after="40"/>
            </w:pPr>
            <w:r>
              <w:rPr>
                <w:b w:val="0"/>
                <w:i w:val="0"/>
                <w:sz w:val="18"/>
              </w:rPr>
              <w:t>3. Give every sample, control, baseline, retained split and blank a unique ID. Never reuse an ID within the trial.</w:t>
            </w:r>
          </w:p>
          <w:p>
            <w:pPr>
              <w:spacing w:after="40"/>
            </w:pPr>
            <w:r>
              <w:rPr>
                <w:b w:val="0"/>
                <w:i w:val="0"/>
                <w:sz w:val="18"/>
              </w:rPr>
              <w:t>4. Holding time: take it from the test method or the laboratory. Latest analysis start = collection date and time + holding time.</w:t>
            </w:r>
          </w:p>
          <w:p>
            <w:pPr>
              <w:spacing w:after="40"/>
            </w:pPr>
            <w:r>
              <w:rPr>
                <w:b w:val="0"/>
                <w:i w:val="0"/>
                <w:sz w:val="18"/>
              </w:rPr>
              <w:t>5. Write times as YYYY-MM-DD hh:mm (24 h). Write temperatures in °C and volumes in mL.</w:t>
            </w:r>
          </w:p>
          <w:p>
            <w:pPr>
              <w:spacing w:after="40"/>
            </w:pPr>
            <w:r>
              <w:rPr>
                <w:b w:val="0"/>
                <w:i w:val="0"/>
                <w:sz w:val="18"/>
              </w:rPr>
              <w:t>6. Take the transport classification and protective equipment from the product safety data sheet (SDS) and follow the transport rules that apply to the route.</w:t>
            </w:r>
          </w:p>
          <w:p>
            <w:pPr>
              <w:spacing w:after="40"/>
            </w:pPr>
            <w:r>
              <w:rPr>
                <w:b w:val="0"/>
                <w:i w:val="0"/>
                <w:sz w:val="18"/>
              </w:rPr>
              <w:t>7. Both parties sign every handover line. A missing signature or an unexplained gap is recorded in section 6.</w:t>
            </w:r>
          </w:p>
          <w:p>
            <w:pPr>
              <w:spacing w:after="40"/>
            </w:pPr>
            <w:r>
              <w:rPr>
                <w:b w:val="0"/>
                <w:i w:val="0"/>
                <w:sz w:val="18"/>
              </w:rPr>
              <w:t>8. Decide before results are seen: a result whose custody broke is not interpreted; replace the sample or repeat the run.</w:t>
            </w:r>
          </w:p>
          <w:p>
            <w:pPr>
              <w:spacing w:after="40"/>
            </w:pPr>
            <w:r>
              <w:rPr>
                <w:b w:val="0"/>
                <w:i w:val="0"/>
                <w:sz w:val="18"/>
              </w:rPr>
              <w:t>9. This record documents custody for a commercial trial. It does not replace custody rules set by a regulator or a court.</w:t>
            </w:r>
          </w:p>
        </w:tc>
      </w:tr>
    </w:tbl>
    <w:p/>
    <w:p>
      <w:pPr>
        <w:pStyle w:val="Heading1"/>
      </w:pPr>
      <w:r>
        <w:rPr>
          <w:color w:val="1F1F1F"/>
        </w:rPr>
        <w:t>Checklist before the first sample and at dispatch</w:t>
      </w:r>
    </w:p>
    <w:p>
      <w:pPr>
        <w:spacing w:after="40"/>
        <w:ind w:left="227"/>
      </w:pPr>
      <w:r>
        <w:rPr>
          <w:b w:val="0"/>
          <w:i w:val="0"/>
          <w:sz w:val="18"/>
        </w:rPr>
        <w:t>[ ]  Section 1 is complete and the criteria freeze date is earlier than the first sample.</w:t>
      </w:r>
    </w:p>
    <w:p>
      <w:pPr>
        <w:spacing w:after="40"/>
        <w:ind w:left="227"/>
      </w:pPr>
      <w:r>
        <w:rPr>
          <w:b w:val="0"/>
          <w:i w:val="0"/>
          <w:sz w:val="18"/>
        </w:rPr>
        <w:t>[ ]  Every planned sample, control, baseline, retained split and blank has an ID and a role in section 2.</w:t>
      </w:r>
    </w:p>
    <w:p>
      <w:pPr>
        <w:spacing w:after="40"/>
        <w:ind w:left="227"/>
      </w:pPr>
      <w:r>
        <w:rPr>
          <w:b w:val="0"/>
          <w:i w:val="0"/>
          <w:sz w:val="18"/>
        </w:rPr>
        <w:t>[ ]  Each trial sample has a paired control: same day, same point type, same method.</w:t>
      </w:r>
    </w:p>
    <w:p>
      <w:pPr>
        <w:spacing w:after="40"/>
        <w:ind w:left="227"/>
      </w:pPr>
      <w:r>
        <w:rPr>
          <w:b w:val="0"/>
          <w:i w:val="0"/>
          <w:sz w:val="18"/>
        </w:rPr>
        <w:t>[ ]  Each sample has a holding time and a latest analysis start.</w:t>
      </w:r>
    </w:p>
    <w:p>
      <w:pPr>
        <w:spacing w:after="40"/>
        <w:ind w:left="227"/>
      </w:pPr>
      <w:r>
        <w:rPr>
          <w:b w:val="0"/>
          <w:i w:val="0"/>
          <w:sz w:val="18"/>
        </w:rPr>
        <w:t>[ ]  Containers, labels, seals and coolers are on site; seal numbers are written down before use.</w:t>
      </w:r>
    </w:p>
    <w:p>
      <w:pPr>
        <w:spacing w:after="40"/>
        <w:ind w:left="227"/>
      </w:pPr>
      <w:r>
        <w:rPr>
          <w:b w:val="0"/>
          <w:i w:val="0"/>
          <w:sz w:val="18"/>
        </w:rPr>
        <w:t>[ ]  Transport classification taken from the product SDS; packaging meets the applicable transport rules.</w:t>
      </w:r>
    </w:p>
    <w:p>
      <w:pPr>
        <w:spacing w:after="40"/>
        <w:ind w:left="227"/>
      </w:pPr>
      <w:r>
        <w:rPr>
          <w:b w:val="0"/>
          <w:i w:val="0"/>
          <w:sz w:val="18"/>
        </w:rPr>
        <w:t>[ ]  Carrier, tracking number, required transport temperature and expected arrival are in section 4.</w:t>
      </w:r>
    </w:p>
    <w:p>
      <w:pPr>
        <w:spacing w:after="40"/>
        <w:ind w:left="227"/>
      </w:pPr>
      <w:r>
        <w:rPr>
          <w:b w:val="0"/>
          <w:i w:val="0"/>
          <w:sz w:val="18"/>
        </w:rPr>
        <w:t>[ ]  The laboratory will record seal condition, container condition and arrival temperature.</w:t>
      </w:r>
    </w:p>
    <w:p>
      <w:pPr>
        <w:spacing w:after="40"/>
        <w:ind w:left="227"/>
      </w:pPr>
      <w:r>
        <w:rPr>
          <w:b w:val="0"/>
          <w:i w:val="0"/>
          <w:sz w:val="18"/>
        </w:rPr>
        <w:t>[ ]  The rule for a broken chain is agreed and written in the trial plan.</w:t>
      </w:r>
    </w:p>
    <w:p>
      <w:pPr>
        <w:pStyle w:val="Heading1"/>
      </w:pPr>
      <w:r>
        <w:rPr>
          <w:color w:val="1F1F1F"/>
        </w:rPr>
        <w:t>1. Trial identity</w:t>
      </w:r>
    </w:p>
    <w:tbl>
      <w:tblPr>
        <w:tblStyle w:val="TableGrid"/>
        <w:tblW w:type="auto" w:w="0"/>
        <w:tblLook w:firstColumn="1" w:firstRow="1" w:lastColumn="0" w:lastRow="0" w:noHBand="0" w:noVBand="1" w:val="04A0"/>
      </w:tblPr>
      <w:tblGrid>
        <w:gridCol w:w="4819"/>
        <w:gridCol w:w="4819"/>
      </w:tblGrid>
      <w:tr>
        <w:trPr>
          <w:trHeight w:val="454"/>
        </w:trPr>
        <w:tc>
          <w:tcPr>
            <w:tcW w:type="dxa" w:w="3969"/>
            <w:shd w:val="clear" w:color="auto" w:fill="F2F2F2"/>
          </w:tcPr>
          <w:p>
            <w:r/>
            <w:r>
              <w:rPr>
                <w:b/>
                <w:i w:val="0"/>
                <w:sz w:val="18"/>
              </w:rPr>
              <w:t>Trial plan reference and revision</w:t>
            </w:r>
          </w:p>
        </w:tc>
        <w:tc>
          <w:tcPr>
            <w:tcW w:type="dxa" w:w="5669"/>
          </w:tcPr>
          <w:p>
            <w:r/>
            <w:r>
              <w:rPr>
                <w:b w:val="0"/>
                <w:i w:val="0"/>
                <w:sz w:val="18"/>
              </w:rPr>
            </w:r>
          </w:p>
        </w:tc>
      </w:tr>
      <w:tr>
        <w:trPr>
          <w:trHeight w:val="454"/>
        </w:trPr>
        <w:tc>
          <w:tcPr>
            <w:tcW w:type="dxa" w:w="3969"/>
            <w:shd w:val="clear" w:color="auto" w:fill="F2F2F2"/>
          </w:tcPr>
          <w:p>
            <w:r/>
            <w:r>
              <w:rPr>
                <w:b/>
                <w:i w:val="0"/>
                <w:sz w:val="18"/>
              </w:rPr>
              <w:t>Customer site, line and use</w:t>
            </w:r>
          </w:p>
        </w:tc>
        <w:tc>
          <w:tcPr>
            <w:tcW w:type="dxa" w:w="5669"/>
          </w:tcPr>
          <w:p>
            <w:r/>
            <w:r>
              <w:rPr>
                <w:b w:val="0"/>
                <w:i w:val="0"/>
                <w:sz w:val="18"/>
              </w:rPr>
            </w:r>
          </w:p>
        </w:tc>
      </w:tr>
      <w:tr>
        <w:trPr>
          <w:trHeight w:val="454"/>
        </w:trPr>
        <w:tc>
          <w:tcPr>
            <w:tcW w:type="dxa" w:w="3969"/>
            <w:shd w:val="clear" w:color="auto" w:fill="F2F2F2"/>
          </w:tcPr>
          <w:p>
            <w:r/>
            <w:r>
              <w:rPr>
                <w:b/>
                <w:i w:val="0"/>
                <w:sz w:val="18"/>
              </w:rPr>
              <w:t>Product under trial: name and lot</w:t>
            </w:r>
          </w:p>
        </w:tc>
        <w:tc>
          <w:tcPr>
            <w:tcW w:type="dxa" w:w="5669"/>
          </w:tcPr>
          <w:p>
            <w:r/>
            <w:r>
              <w:rPr>
                <w:b w:val="0"/>
                <w:i w:val="0"/>
                <w:sz w:val="18"/>
              </w:rPr>
            </w:r>
          </w:p>
        </w:tc>
      </w:tr>
      <w:tr>
        <w:trPr>
          <w:trHeight w:val="454"/>
        </w:trPr>
        <w:tc>
          <w:tcPr>
            <w:tcW w:type="dxa" w:w="3969"/>
            <w:shd w:val="clear" w:color="auto" w:fill="F2F2F2"/>
          </w:tcPr>
          <w:p>
            <w:r/>
            <w:r>
              <w:rPr>
                <w:b/>
                <w:i w:val="0"/>
                <w:sz w:val="18"/>
              </w:rPr>
              <w:t>Current product or untreated line used as control: name and lot</w:t>
            </w:r>
          </w:p>
        </w:tc>
        <w:tc>
          <w:tcPr>
            <w:tcW w:type="dxa" w:w="5669"/>
          </w:tcPr>
          <w:p>
            <w:r/>
            <w:r>
              <w:rPr>
                <w:b w:val="0"/>
                <w:i w:val="0"/>
                <w:sz w:val="18"/>
              </w:rPr>
            </w:r>
          </w:p>
        </w:tc>
      </w:tr>
      <w:tr>
        <w:trPr>
          <w:trHeight w:val="454"/>
        </w:trPr>
        <w:tc>
          <w:tcPr>
            <w:tcW w:type="dxa" w:w="3969"/>
            <w:shd w:val="clear" w:color="auto" w:fill="F2F2F2"/>
          </w:tcPr>
          <w:p>
            <w:r/>
            <w:r>
              <w:rPr>
                <w:b/>
                <w:i w:val="0"/>
                <w:sz w:val="18"/>
              </w:rPr>
              <w:t>Testing laboratory: name and address</w:t>
            </w:r>
          </w:p>
        </w:tc>
        <w:tc>
          <w:tcPr>
            <w:tcW w:type="dxa" w:w="5669"/>
          </w:tcPr>
          <w:p>
            <w:r/>
            <w:r>
              <w:rPr>
                <w:b w:val="0"/>
                <w:i w:val="0"/>
                <w:sz w:val="18"/>
              </w:rPr>
            </w:r>
          </w:p>
        </w:tc>
      </w:tr>
      <w:tr>
        <w:trPr>
          <w:trHeight w:val="454"/>
        </w:trPr>
        <w:tc>
          <w:tcPr>
            <w:tcW w:type="dxa" w:w="3969"/>
            <w:shd w:val="clear" w:color="auto" w:fill="F2F2F2"/>
          </w:tcPr>
          <w:p>
            <w:r/>
            <w:r>
              <w:rPr>
                <w:b/>
                <w:i w:val="0"/>
                <w:sz w:val="18"/>
              </w:rPr>
              <w:t>Site custodian: name, organization, phone</w:t>
            </w:r>
          </w:p>
        </w:tc>
        <w:tc>
          <w:tcPr>
            <w:tcW w:type="dxa" w:w="5669"/>
          </w:tcPr>
          <w:p>
            <w:r/>
            <w:r>
              <w:rPr>
                <w:b w:val="0"/>
                <w:i w:val="0"/>
                <w:sz w:val="18"/>
              </w:rPr>
            </w:r>
          </w:p>
        </w:tc>
      </w:tr>
      <w:tr>
        <w:trPr>
          <w:trHeight w:val="454"/>
        </w:trPr>
        <w:tc>
          <w:tcPr>
            <w:tcW w:type="dxa" w:w="3969"/>
            <w:shd w:val="clear" w:color="auto" w:fill="F2F2F2"/>
          </w:tcPr>
          <w:p>
            <w:r/>
            <w:r>
              <w:rPr>
                <w:b/>
                <w:i w:val="0"/>
                <w:sz w:val="18"/>
              </w:rPr>
              <w:t>Laboratory receiving custodian: name, phone</w:t>
            </w:r>
          </w:p>
        </w:tc>
        <w:tc>
          <w:tcPr>
            <w:tcW w:type="dxa" w:w="5669"/>
          </w:tcPr>
          <w:p>
            <w:r/>
            <w:r>
              <w:rPr>
                <w:b w:val="0"/>
                <w:i w:val="0"/>
                <w:sz w:val="18"/>
              </w:rPr>
            </w:r>
          </w:p>
        </w:tc>
      </w:tr>
      <w:tr>
        <w:trPr>
          <w:trHeight w:val="454"/>
        </w:trPr>
        <w:tc>
          <w:tcPr>
            <w:tcW w:type="dxa" w:w="3969"/>
            <w:shd w:val="clear" w:color="auto" w:fill="F2F2F2"/>
          </w:tcPr>
          <w:p>
            <w:r/>
            <w:r>
              <w:rPr>
                <w:b/>
                <w:i w:val="0"/>
                <w:sz w:val="18"/>
              </w:rPr>
              <w:t>Trial owner (supplier): name, phone</w:t>
            </w:r>
          </w:p>
        </w:tc>
        <w:tc>
          <w:tcPr>
            <w:tcW w:type="dxa" w:w="5669"/>
          </w:tcPr>
          <w:p>
            <w:r/>
            <w:r>
              <w:rPr>
                <w:b w:val="0"/>
                <w:i w:val="0"/>
                <w:sz w:val="18"/>
              </w:rPr>
            </w:r>
          </w:p>
        </w:tc>
      </w:tr>
      <w:tr>
        <w:trPr>
          <w:trHeight w:val="454"/>
        </w:trPr>
        <w:tc>
          <w:tcPr>
            <w:tcW w:type="dxa" w:w="3969"/>
            <w:shd w:val="clear" w:color="auto" w:fill="F2F2F2"/>
          </w:tcPr>
          <w:p>
            <w:r/>
            <w:r>
              <w:rPr>
                <w:b/>
                <w:i w:val="0"/>
                <w:sz w:val="18"/>
              </w:rPr>
              <w:t>Criteria freeze date (YYYY-MM-DD)</w:t>
            </w:r>
          </w:p>
        </w:tc>
        <w:tc>
          <w:tcPr>
            <w:tcW w:type="dxa" w:w="5669"/>
          </w:tcPr>
          <w:p>
            <w:r/>
            <w:r>
              <w:rPr>
                <w:b w:val="0"/>
                <w:i w:val="0"/>
                <w:sz w:val="18"/>
              </w:rPr>
            </w:r>
          </w:p>
        </w:tc>
      </w:tr>
      <w:tr>
        <w:trPr>
          <w:trHeight w:val="454"/>
        </w:trPr>
        <w:tc>
          <w:tcPr>
            <w:tcW w:type="dxa" w:w="3969"/>
            <w:shd w:val="clear" w:color="auto" w:fill="F2F2F2"/>
          </w:tcPr>
          <w:p>
            <w:r/>
            <w:r>
              <w:rPr>
                <w:b/>
                <w:i w:val="0"/>
                <w:sz w:val="18"/>
              </w:rPr>
              <w:t>Record opened (YYYY-MM-DD) and by</w:t>
            </w:r>
          </w:p>
        </w:tc>
        <w:tc>
          <w:tcPr>
            <w:tcW w:type="dxa" w:w="5669"/>
          </w:tcPr>
          <w:p>
            <w:r/>
            <w:r>
              <w:rPr>
                <w:b w:val="0"/>
                <w:i w:val="0"/>
                <w:sz w:val="18"/>
              </w:rPr>
            </w:r>
          </w:p>
        </w:tc>
      </w:tr>
    </w:tbl>
    <w:p>
      <w:pPr>
        <w:spacing w:after="40"/>
      </w:pPr>
    </w:p>
    <w:p>
      <w:pPr>
        <w:pStyle w:val="Heading1"/>
      </w:pPr>
      <w:r>
        <w:rPr>
          <w:color w:val="1F1F1F"/>
        </w:rPr>
        <w:t>2. Sample register</w:t>
      </w:r>
    </w:p>
    <w:p>
      <w:pPr>
        <w:spacing w:after="80"/>
      </w:pPr>
      <w:r>
        <w:rPr>
          <w:b w:val="0"/>
          <w:i w:val="0"/>
          <w:sz w:val="18"/>
        </w:rPr>
        <w:t>2a. Identity. One row per container. Role: T trial, C control, B baseline, R retained split, K blank.</w:t>
      </w:r>
    </w:p>
    <w:tbl>
      <w:tblPr>
        <w:tblStyle w:val="TableGrid"/>
        <w:tblW w:type="auto" w:w="0"/>
        <w:jc w:val="center"/>
        <w:tblLook w:firstColumn="1" w:firstRow="1" w:lastColumn="0" w:lastRow="0" w:noHBand="0" w:noVBand="1" w:val="04A0"/>
      </w:tblPr>
      <w:tblGrid>
        <w:gridCol w:w="1928"/>
        <w:gridCol w:w="1928"/>
        <w:gridCol w:w="1928"/>
        <w:gridCol w:w="1928"/>
        <w:gridCol w:w="1928"/>
      </w:tblGrid>
      <w:tr>
        <w:trPr>
          <w:tblHeader w:val="true"/>
        </w:trPr>
        <w:tc>
          <w:tcPr>
            <w:tcW w:type="dxa" w:w="1701"/>
            <w:shd w:val="clear" w:color="auto" w:fill="E7E6E6"/>
          </w:tcPr>
          <w:p>
            <w:r/>
            <w:r>
              <w:rPr>
                <w:b/>
                <w:i w:val="0"/>
                <w:sz w:val="16"/>
              </w:rPr>
              <w:t>Sample ID</w:t>
            </w:r>
          </w:p>
        </w:tc>
        <w:tc>
          <w:tcPr>
            <w:tcW w:type="dxa" w:w="1134"/>
            <w:shd w:val="clear" w:color="auto" w:fill="E7E6E6"/>
          </w:tcPr>
          <w:p>
            <w:r/>
            <w:r>
              <w:rPr>
                <w:b/>
                <w:i w:val="0"/>
                <w:sz w:val="16"/>
              </w:rPr>
              <w:t>Role (T/C/B/R/K)</w:t>
            </w:r>
          </w:p>
        </w:tc>
        <w:tc>
          <w:tcPr>
            <w:tcW w:type="dxa" w:w="3402"/>
            <w:shd w:val="clear" w:color="auto" w:fill="E7E6E6"/>
          </w:tcPr>
          <w:p>
            <w:r/>
            <w:r>
              <w:rPr>
                <w:b/>
                <w:i w:val="0"/>
                <w:sz w:val="16"/>
              </w:rPr>
              <w:t>Sampling point and method</w:t>
            </w:r>
          </w:p>
        </w:tc>
        <w:tc>
          <w:tcPr>
            <w:tcW w:type="dxa" w:w="1984"/>
            <w:shd w:val="clear" w:color="auto" w:fill="E7E6E6"/>
          </w:tcPr>
          <w:p>
            <w:r/>
            <w:r>
              <w:rPr>
                <w:b/>
                <w:i w:val="0"/>
                <w:sz w:val="16"/>
              </w:rPr>
              <w:t>Collected (YYYY-MM-DD hh:mm)</w:t>
            </w:r>
          </w:p>
        </w:tc>
        <w:tc>
          <w:tcPr>
            <w:tcW w:type="dxa" w:w="1417"/>
            <w:shd w:val="clear" w:color="auto" w:fill="E7E6E6"/>
          </w:tcPr>
          <w:p>
            <w:r/>
            <w:r>
              <w:rPr>
                <w:b/>
                <w:i w:val="0"/>
                <w:sz w:val="16"/>
              </w:rPr>
              <w:t>Sampler (initials)</w:t>
            </w:r>
          </w:p>
        </w:tc>
      </w:tr>
      <w:tr>
        <w:trPr>
          <w:trHeight w:val="454"/>
        </w:trPr>
        <w:tc>
          <w:tcPr>
            <w:tcW w:type="dxa" w:w="1701"/>
          </w:tcPr>
          <w:p>
            <w:r/>
            <w:r>
              <w:rPr>
                <w:b w:val="0"/>
                <w:i w:val="0"/>
                <w:sz w:val="16"/>
              </w:rPr>
            </w:r>
          </w:p>
        </w:tc>
        <w:tc>
          <w:tcPr>
            <w:tcW w:type="dxa" w:w="1134"/>
          </w:tcPr>
          <w:p>
            <w:r/>
            <w:r>
              <w:rPr>
                <w:b w:val="0"/>
                <w:i w:val="0"/>
                <w:sz w:val="16"/>
              </w:rPr>
            </w:r>
          </w:p>
        </w:tc>
        <w:tc>
          <w:tcPr>
            <w:tcW w:type="dxa" w:w="3402"/>
          </w:tcPr>
          <w:p>
            <w:r/>
            <w:r>
              <w:rPr>
                <w:b w:val="0"/>
                <w:i w:val="0"/>
                <w:sz w:val="16"/>
              </w:rPr>
            </w:r>
          </w:p>
        </w:tc>
        <w:tc>
          <w:tcPr>
            <w:tcW w:type="dxa" w:w="1984"/>
          </w:tcPr>
          <w:p>
            <w:r/>
            <w:r>
              <w:rPr>
                <w:b w:val="0"/>
                <w:i w:val="0"/>
                <w:sz w:val="16"/>
              </w:rPr>
            </w:r>
          </w:p>
        </w:tc>
        <w:tc>
          <w:tcPr>
            <w:tcW w:type="dxa" w:w="1417"/>
          </w:tcPr>
          <w:p>
            <w:r/>
            <w:r>
              <w:rPr>
                <w:b w:val="0"/>
                <w:i w:val="0"/>
                <w:sz w:val="16"/>
              </w:rPr>
            </w:r>
          </w:p>
        </w:tc>
      </w:tr>
      <w:tr>
        <w:trPr>
          <w:trHeight w:val="454"/>
        </w:trPr>
        <w:tc>
          <w:tcPr>
            <w:tcW w:type="dxa" w:w="1701"/>
          </w:tcPr>
          <w:p>
            <w:r/>
            <w:r>
              <w:rPr>
                <w:b w:val="0"/>
                <w:i w:val="0"/>
                <w:sz w:val="16"/>
              </w:rPr>
            </w:r>
          </w:p>
        </w:tc>
        <w:tc>
          <w:tcPr>
            <w:tcW w:type="dxa" w:w="1134"/>
          </w:tcPr>
          <w:p>
            <w:r/>
            <w:r>
              <w:rPr>
                <w:b w:val="0"/>
                <w:i w:val="0"/>
                <w:sz w:val="16"/>
              </w:rPr>
            </w:r>
          </w:p>
        </w:tc>
        <w:tc>
          <w:tcPr>
            <w:tcW w:type="dxa" w:w="3402"/>
          </w:tcPr>
          <w:p>
            <w:r/>
            <w:r>
              <w:rPr>
                <w:b w:val="0"/>
                <w:i w:val="0"/>
                <w:sz w:val="16"/>
              </w:rPr>
            </w:r>
          </w:p>
        </w:tc>
        <w:tc>
          <w:tcPr>
            <w:tcW w:type="dxa" w:w="1984"/>
          </w:tcPr>
          <w:p>
            <w:r/>
            <w:r>
              <w:rPr>
                <w:b w:val="0"/>
                <w:i w:val="0"/>
                <w:sz w:val="16"/>
              </w:rPr>
            </w:r>
          </w:p>
        </w:tc>
        <w:tc>
          <w:tcPr>
            <w:tcW w:type="dxa" w:w="1417"/>
          </w:tcPr>
          <w:p>
            <w:r/>
            <w:r>
              <w:rPr>
                <w:b w:val="0"/>
                <w:i w:val="0"/>
                <w:sz w:val="16"/>
              </w:rPr>
            </w:r>
          </w:p>
        </w:tc>
      </w:tr>
      <w:tr>
        <w:trPr>
          <w:trHeight w:val="454"/>
        </w:trPr>
        <w:tc>
          <w:tcPr>
            <w:tcW w:type="dxa" w:w="1701"/>
          </w:tcPr>
          <w:p>
            <w:r/>
            <w:r>
              <w:rPr>
                <w:b w:val="0"/>
                <w:i w:val="0"/>
                <w:sz w:val="16"/>
              </w:rPr>
            </w:r>
          </w:p>
        </w:tc>
        <w:tc>
          <w:tcPr>
            <w:tcW w:type="dxa" w:w="1134"/>
          </w:tcPr>
          <w:p>
            <w:r/>
            <w:r>
              <w:rPr>
                <w:b w:val="0"/>
                <w:i w:val="0"/>
                <w:sz w:val="16"/>
              </w:rPr>
            </w:r>
          </w:p>
        </w:tc>
        <w:tc>
          <w:tcPr>
            <w:tcW w:type="dxa" w:w="3402"/>
          </w:tcPr>
          <w:p>
            <w:r/>
            <w:r>
              <w:rPr>
                <w:b w:val="0"/>
                <w:i w:val="0"/>
                <w:sz w:val="16"/>
              </w:rPr>
            </w:r>
          </w:p>
        </w:tc>
        <w:tc>
          <w:tcPr>
            <w:tcW w:type="dxa" w:w="1984"/>
          </w:tcPr>
          <w:p>
            <w:r/>
            <w:r>
              <w:rPr>
                <w:b w:val="0"/>
                <w:i w:val="0"/>
                <w:sz w:val="16"/>
              </w:rPr>
            </w:r>
          </w:p>
        </w:tc>
        <w:tc>
          <w:tcPr>
            <w:tcW w:type="dxa" w:w="1417"/>
          </w:tcPr>
          <w:p>
            <w:r/>
            <w:r>
              <w:rPr>
                <w:b w:val="0"/>
                <w:i w:val="0"/>
                <w:sz w:val="16"/>
              </w:rPr>
            </w:r>
          </w:p>
        </w:tc>
      </w:tr>
      <w:tr>
        <w:trPr>
          <w:trHeight w:val="454"/>
        </w:trPr>
        <w:tc>
          <w:tcPr>
            <w:tcW w:type="dxa" w:w="1701"/>
          </w:tcPr>
          <w:p>
            <w:r/>
            <w:r>
              <w:rPr>
                <w:b w:val="0"/>
                <w:i w:val="0"/>
                <w:sz w:val="16"/>
              </w:rPr>
            </w:r>
          </w:p>
        </w:tc>
        <w:tc>
          <w:tcPr>
            <w:tcW w:type="dxa" w:w="1134"/>
          </w:tcPr>
          <w:p>
            <w:r/>
            <w:r>
              <w:rPr>
                <w:b w:val="0"/>
                <w:i w:val="0"/>
                <w:sz w:val="16"/>
              </w:rPr>
            </w:r>
          </w:p>
        </w:tc>
        <w:tc>
          <w:tcPr>
            <w:tcW w:type="dxa" w:w="3402"/>
          </w:tcPr>
          <w:p>
            <w:r/>
            <w:r>
              <w:rPr>
                <w:b w:val="0"/>
                <w:i w:val="0"/>
                <w:sz w:val="16"/>
              </w:rPr>
            </w:r>
          </w:p>
        </w:tc>
        <w:tc>
          <w:tcPr>
            <w:tcW w:type="dxa" w:w="1984"/>
          </w:tcPr>
          <w:p>
            <w:r/>
            <w:r>
              <w:rPr>
                <w:b w:val="0"/>
                <w:i w:val="0"/>
                <w:sz w:val="16"/>
              </w:rPr>
            </w:r>
          </w:p>
        </w:tc>
        <w:tc>
          <w:tcPr>
            <w:tcW w:type="dxa" w:w="1417"/>
          </w:tcPr>
          <w:p>
            <w:r/>
            <w:r>
              <w:rPr>
                <w:b w:val="0"/>
                <w:i w:val="0"/>
                <w:sz w:val="16"/>
              </w:rPr>
            </w:r>
          </w:p>
        </w:tc>
      </w:tr>
      <w:tr>
        <w:trPr>
          <w:trHeight w:val="454"/>
        </w:trPr>
        <w:tc>
          <w:tcPr>
            <w:tcW w:type="dxa" w:w="1701"/>
          </w:tcPr>
          <w:p>
            <w:r/>
            <w:r>
              <w:rPr>
                <w:b w:val="0"/>
                <w:i w:val="0"/>
                <w:sz w:val="16"/>
              </w:rPr>
            </w:r>
          </w:p>
        </w:tc>
        <w:tc>
          <w:tcPr>
            <w:tcW w:type="dxa" w:w="1134"/>
          </w:tcPr>
          <w:p>
            <w:r/>
            <w:r>
              <w:rPr>
                <w:b w:val="0"/>
                <w:i w:val="0"/>
                <w:sz w:val="16"/>
              </w:rPr>
            </w:r>
          </w:p>
        </w:tc>
        <w:tc>
          <w:tcPr>
            <w:tcW w:type="dxa" w:w="3402"/>
          </w:tcPr>
          <w:p>
            <w:r/>
            <w:r>
              <w:rPr>
                <w:b w:val="0"/>
                <w:i w:val="0"/>
                <w:sz w:val="16"/>
              </w:rPr>
            </w:r>
          </w:p>
        </w:tc>
        <w:tc>
          <w:tcPr>
            <w:tcW w:type="dxa" w:w="1984"/>
          </w:tcPr>
          <w:p>
            <w:r/>
            <w:r>
              <w:rPr>
                <w:b w:val="0"/>
                <w:i w:val="0"/>
                <w:sz w:val="16"/>
              </w:rPr>
            </w:r>
          </w:p>
        </w:tc>
        <w:tc>
          <w:tcPr>
            <w:tcW w:type="dxa" w:w="1417"/>
          </w:tcPr>
          <w:p>
            <w:r/>
            <w:r>
              <w:rPr>
                <w:b w:val="0"/>
                <w:i w:val="0"/>
                <w:sz w:val="16"/>
              </w:rPr>
            </w:r>
          </w:p>
        </w:tc>
      </w:tr>
      <w:tr>
        <w:trPr>
          <w:trHeight w:val="454"/>
        </w:trPr>
        <w:tc>
          <w:tcPr>
            <w:tcW w:type="dxa" w:w="1701"/>
          </w:tcPr>
          <w:p>
            <w:r/>
            <w:r>
              <w:rPr>
                <w:b w:val="0"/>
                <w:i w:val="0"/>
                <w:sz w:val="16"/>
              </w:rPr>
            </w:r>
          </w:p>
        </w:tc>
        <w:tc>
          <w:tcPr>
            <w:tcW w:type="dxa" w:w="1134"/>
          </w:tcPr>
          <w:p>
            <w:r/>
            <w:r>
              <w:rPr>
                <w:b w:val="0"/>
                <w:i w:val="0"/>
                <w:sz w:val="16"/>
              </w:rPr>
            </w:r>
          </w:p>
        </w:tc>
        <w:tc>
          <w:tcPr>
            <w:tcW w:type="dxa" w:w="3402"/>
          </w:tcPr>
          <w:p>
            <w:r/>
            <w:r>
              <w:rPr>
                <w:b w:val="0"/>
                <w:i w:val="0"/>
                <w:sz w:val="16"/>
              </w:rPr>
            </w:r>
          </w:p>
        </w:tc>
        <w:tc>
          <w:tcPr>
            <w:tcW w:type="dxa" w:w="1984"/>
          </w:tcPr>
          <w:p>
            <w:r/>
            <w:r>
              <w:rPr>
                <w:b w:val="0"/>
                <w:i w:val="0"/>
                <w:sz w:val="16"/>
              </w:rPr>
            </w:r>
          </w:p>
        </w:tc>
        <w:tc>
          <w:tcPr>
            <w:tcW w:type="dxa" w:w="1417"/>
          </w:tcPr>
          <w:p>
            <w:r/>
            <w:r>
              <w:rPr>
                <w:b w:val="0"/>
                <w:i w:val="0"/>
                <w:sz w:val="16"/>
              </w:rPr>
            </w:r>
          </w:p>
        </w:tc>
      </w:tr>
      <w:tr>
        <w:trPr>
          <w:trHeight w:val="454"/>
        </w:trPr>
        <w:tc>
          <w:tcPr>
            <w:tcW w:type="dxa" w:w="1701"/>
          </w:tcPr>
          <w:p>
            <w:r/>
            <w:r>
              <w:rPr>
                <w:b w:val="0"/>
                <w:i w:val="0"/>
                <w:sz w:val="16"/>
              </w:rPr>
            </w:r>
          </w:p>
        </w:tc>
        <w:tc>
          <w:tcPr>
            <w:tcW w:type="dxa" w:w="1134"/>
          </w:tcPr>
          <w:p>
            <w:r/>
            <w:r>
              <w:rPr>
                <w:b w:val="0"/>
                <w:i w:val="0"/>
                <w:sz w:val="16"/>
              </w:rPr>
            </w:r>
          </w:p>
        </w:tc>
        <w:tc>
          <w:tcPr>
            <w:tcW w:type="dxa" w:w="3402"/>
          </w:tcPr>
          <w:p>
            <w:r/>
            <w:r>
              <w:rPr>
                <w:b w:val="0"/>
                <w:i w:val="0"/>
                <w:sz w:val="16"/>
              </w:rPr>
            </w:r>
          </w:p>
        </w:tc>
        <w:tc>
          <w:tcPr>
            <w:tcW w:type="dxa" w:w="1984"/>
          </w:tcPr>
          <w:p>
            <w:r/>
            <w:r>
              <w:rPr>
                <w:b w:val="0"/>
                <w:i w:val="0"/>
                <w:sz w:val="16"/>
              </w:rPr>
            </w:r>
          </w:p>
        </w:tc>
        <w:tc>
          <w:tcPr>
            <w:tcW w:type="dxa" w:w="1417"/>
          </w:tcPr>
          <w:p>
            <w:r/>
            <w:r>
              <w:rPr>
                <w:b w:val="0"/>
                <w:i w:val="0"/>
                <w:sz w:val="16"/>
              </w:rPr>
            </w:r>
          </w:p>
        </w:tc>
      </w:tr>
      <w:tr>
        <w:trPr>
          <w:trHeight w:val="454"/>
        </w:trPr>
        <w:tc>
          <w:tcPr>
            <w:tcW w:type="dxa" w:w="1701"/>
          </w:tcPr>
          <w:p>
            <w:r/>
            <w:r>
              <w:rPr>
                <w:b w:val="0"/>
                <w:i w:val="0"/>
                <w:sz w:val="16"/>
              </w:rPr>
            </w:r>
          </w:p>
        </w:tc>
        <w:tc>
          <w:tcPr>
            <w:tcW w:type="dxa" w:w="1134"/>
          </w:tcPr>
          <w:p>
            <w:r/>
            <w:r>
              <w:rPr>
                <w:b w:val="0"/>
                <w:i w:val="0"/>
                <w:sz w:val="16"/>
              </w:rPr>
            </w:r>
          </w:p>
        </w:tc>
        <w:tc>
          <w:tcPr>
            <w:tcW w:type="dxa" w:w="3402"/>
          </w:tcPr>
          <w:p>
            <w:r/>
            <w:r>
              <w:rPr>
                <w:b w:val="0"/>
                <w:i w:val="0"/>
                <w:sz w:val="16"/>
              </w:rPr>
            </w:r>
          </w:p>
        </w:tc>
        <w:tc>
          <w:tcPr>
            <w:tcW w:type="dxa" w:w="1984"/>
          </w:tcPr>
          <w:p>
            <w:r/>
            <w:r>
              <w:rPr>
                <w:b w:val="0"/>
                <w:i w:val="0"/>
                <w:sz w:val="16"/>
              </w:rPr>
            </w:r>
          </w:p>
        </w:tc>
        <w:tc>
          <w:tcPr>
            <w:tcW w:type="dxa" w:w="1417"/>
          </w:tcPr>
          <w:p>
            <w:r/>
            <w:r>
              <w:rPr>
                <w:b w:val="0"/>
                <w:i w:val="0"/>
                <w:sz w:val="16"/>
              </w:rPr>
            </w:r>
          </w:p>
        </w:tc>
      </w:tr>
      <w:tr>
        <w:trPr>
          <w:trHeight w:val="454"/>
        </w:trPr>
        <w:tc>
          <w:tcPr>
            <w:tcW w:type="dxa" w:w="1701"/>
          </w:tcPr>
          <w:p>
            <w:r/>
            <w:r>
              <w:rPr>
                <w:b w:val="0"/>
                <w:i w:val="0"/>
                <w:sz w:val="16"/>
              </w:rPr>
            </w:r>
          </w:p>
        </w:tc>
        <w:tc>
          <w:tcPr>
            <w:tcW w:type="dxa" w:w="1134"/>
          </w:tcPr>
          <w:p>
            <w:r/>
            <w:r>
              <w:rPr>
                <w:b w:val="0"/>
                <w:i w:val="0"/>
                <w:sz w:val="16"/>
              </w:rPr>
            </w:r>
          </w:p>
        </w:tc>
        <w:tc>
          <w:tcPr>
            <w:tcW w:type="dxa" w:w="3402"/>
          </w:tcPr>
          <w:p>
            <w:r/>
            <w:r>
              <w:rPr>
                <w:b w:val="0"/>
                <w:i w:val="0"/>
                <w:sz w:val="16"/>
              </w:rPr>
            </w:r>
          </w:p>
        </w:tc>
        <w:tc>
          <w:tcPr>
            <w:tcW w:type="dxa" w:w="1984"/>
          </w:tcPr>
          <w:p>
            <w:r/>
            <w:r>
              <w:rPr>
                <w:b w:val="0"/>
                <w:i w:val="0"/>
                <w:sz w:val="16"/>
              </w:rPr>
            </w:r>
          </w:p>
        </w:tc>
        <w:tc>
          <w:tcPr>
            <w:tcW w:type="dxa" w:w="1417"/>
          </w:tcPr>
          <w:p>
            <w:r/>
            <w:r>
              <w:rPr>
                <w:b w:val="0"/>
                <w:i w:val="0"/>
                <w:sz w:val="16"/>
              </w:rPr>
            </w:r>
          </w:p>
        </w:tc>
      </w:tr>
      <w:tr>
        <w:trPr>
          <w:trHeight w:val="454"/>
        </w:trPr>
        <w:tc>
          <w:tcPr>
            <w:tcW w:type="dxa" w:w="1701"/>
          </w:tcPr>
          <w:p>
            <w:r/>
            <w:r>
              <w:rPr>
                <w:b w:val="0"/>
                <w:i w:val="0"/>
                <w:sz w:val="16"/>
              </w:rPr>
            </w:r>
          </w:p>
        </w:tc>
        <w:tc>
          <w:tcPr>
            <w:tcW w:type="dxa" w:w="1134"/>
          </w:tcPr>
          <w:p>
            <w:r/>
            <w:r>
              <w:rPr>
                <w:b w:val="0"/>
                <w:i w:val="0"/>
                <w:sz w:val="16"/>
              </w:rPr>
            </w:r>
          </w:p>
        </w:tc>
        <w:tc>
          <w:tcPr>
            <w:tcW w:type="dxa" w:w="3402"/>
          </w:tcPr>
          <w:p>
            <w:r/>
            <w:r>
              <w:rPr>
                <w:b w:val="0"/>
                <w:i w:val="0"/>
                <w:sz w:val="16"/>
              </w:rPr>
            </w:r>
          </w:p>
        </w:tc>
        <w:tc>
          <w:tcPr>
            <w:tcW w:type="dxa" w:w="1984"/>
          </w:tcPr>
          <w:p>
            <w:r/>
            <w:r>
              <w:rPr>
                <w:b w:val="0"/>
                <w:i w:val="0"/>
                <w:sz w:val="16"/>
              </w:rPr>
            </w:r>
          </w:p>
        </w:tc>
        <w:tc>
          <w:tcPr>
            <w:tcW w:type="dxa" w:w="1417"/>
          </w:tcPr>
          <w:p>
            <w:r/>
            <w:r>
              <w:rPr>
                <w:b w:val="0"/>
                <w:i w:val="0"/>
                <w:sz w:val="16"/>
              </w:rPr>
            </w:r>
          </w:p>
        </w:tc>
      </w:tr>
    </w:tbl>
    <w:p>
      <w:pPr>
        <w:spacing w:after="40"/>
      </w:pPr>
    </w:p>
    <w:p>
      <w:pPr>
        <w:spacing w:after="80"/>
      </w:pPr>
      <w:r>
        <w:rPr>
          <w:b w:val="0"/>
          <w:i w:val="0"/>
          <w:sz w:val="18"/>
        </w:rPr>
        <w:t>2b. Handling. Same sample IDs as 2a.</w:t>
      </w:r>
    </w:p>
    <w:tbl>
      <w:tblPr>
        <w:tblStyle w:val="TableGrid"/>
        <w:tblW w:type="auto" w:w="0"/>
        <w:jc w:val="center"/>
        <w:tblLook w:firstColumn="1" w:firstRow="1" w:lastColumn="0" w:lastRow="0" w:noHBand="0" w:noVBand="1" w:val="04A0"/>
      </w:tblPr>
      <w:tblGrid>
        <w:gridCol w:w="1304"/>
        <w:gridCol w:w="1474"/>
        <w:gridCol w:w="1191"/>
        <w:gridCol w:w="1247"/>
        <w:gridCol w:w="964"/>
        <w:gridCol w:w="1757"/>
        <w:gridCol w:w="1701"/>
      </w:tblGrid>
      <w:tr>
        <w:trPr>
          <w:tblHeader w:val="true"/>
        </w:trPr>
        <w:tc>
          <w:tcPr>
            <w:tcW w:type="dxa" w:w="1304"/>
            <w:shd w:val="clear" w:color="auto" w:fill="E7E6E6"/>
          </w:tcPr>
          <w:p>
            <w:r/>
            <w:r>
              <w:rPr>
                <w:b/>
                <w:i w:val="0"/>
                <w:sz w:val="16"/>
              </w:rPr>
              <w:t>Sample ID</w:t>
            </w:r>
          </w:p>
        </w:tc>
        <w:tc>
          <w:tcPr>
            <w:tcW w:type="dxa" w:w="1474"/>
            <w:shd w:val="clear" w:color="auto" w:fill="E7E6E6"/>
          </w:tcPr>
          <w:p>
            <w:r/>
            <w:r>
              <w:rPr>
                <w:b/>
                <w:i w:val="0"/>
                <w:sz w:val="16"/>
              </w:rPr>
              <w:t>Quantity (mL) and container</w:t>
            </w:r>
          </w:p>
        </w:tc>
        <w:tc>
          <w:tcPr>
            <w:tcW w:type="dxa" w:w="1191"/>
            <w:shd w:val="clear" w:color="auto" w:fill="E7E6E6"/>
          </w:tcPr>
          <w:p>
            <w:r/>
            <w:r>
              <w:rPr>
                <w:b/>
                <w:i w:val="0"/>
                <w:sz w:val="16"/>
              </w:rPr>
              <w:t>Container seal no.</w:t>
            </w:r>
          </w:p>
        </w:tc>
        <w:tc>
          <w:tcPr>
            <w:tcW w:type="dxa" w:w="1247"/>
            <w:shd w:val="clear" w:color="auto" w:fill="E7E6E6"/>
          </w:tcPr>
          <w:p>
            <w:r/>
            <w:r>
              <w:rPr>
                <w:b/>
                <w:i w:val="0"/>
                <w:sz w:val="16"/>
              </w:rPr>
              <w:t>Preservation</w:t>
            </w:r>
          </w:p>
        </w:tc>
        <w:tc>
          <w:tcPr>
            <w:tcW w:type="dxa" w:w="964"/>
            <w:shd w:val="clear" w:color="auto" w:fill="E7E6E6"/>
          </w:tcPr>
          <w:p>
            <w:r/>
            <w:r>
              <w:rPr>
                <w:b/>
                <w:i w:val="0"/>
                <w:sz w:val="16"/>
              </w:rPr>
              <w:t>Holding time (h)</w:t>
            </w:r>
          </w:p>
        </w:tc>
        <w:tc>
          <w:tcPr>
            <w:tcW w:type="dxa" w:w="1757"/>
            <w:shd w:val="clear" w:color="auto" w:fill="E7E6E6"/>
          </w:tcPr>
          <w:p>
            <w:r/>
            <w:r>
              <w:rPr>
                <w:b/>
                <w:i w:val="0"/>
                <w:sz w:val="16"/>
              </w:rPr>
              <w:t>Latest analysis start (YYYY-MM-DD hh:mm)</w:t>
            </w:r>
          </w:p>
        </w:tc>
        <w:tc>
          <w:tcPr>
            <w:tcW w:type="dxa" w:w="1701"/>
            <w:shd w:val="clear" w:color="auto" w:fill="E7E6E6"/>
          </w:tcPr>
          <w:p>
            <w:r/>
            <w:r>
              <w:rPr>
                <w:b/>
                <w:i w:val="0"/>
                <w:sz w:val="16"/>
              </w:rPr>
              <w:t>Tests requested</w:t>
            </w:r>
          </w:p>
        </w:tc>
      </w:tr>
      <w:tr>
        <w:trPr>
          <w:trHeight w:val="454"/>
        </w:trPr>
        <w:tc>
          <w:tcPr>
            <w:tcW w:type="dxa" w:w="1304"/>
          </w:tcPr>
          <w:p>
            <w:r/>
            <w:r>
              <w:rPr>
                <w:b w:val="0"/>
                <w:i w:val="0"/>
                <w:sz w:val="16"/>
              </w:rPr>
            </w:r>
          </w:p>
        </w:tc>
        <w:tc>
          <w:tcPr>
            <w:tcW w:type="dxa" w:w="1474"/>
          </w:tcPr>
          <w:p>
            <w:r/>
            <w:r>
              <w:rPr>
                <w:b w:val="0"/>
                <w:i w:val="0"/>
                <w:sz w:val="16"/>
              </w:rPr>
            </w:r>
          </w:p>
        </w:tc>
        <w:tc>
          <w:tcPr>
            <w:tcW w:type="dxa" w:w="1191"/>
          </w:tcPr>
          <w:p>
            <w:r/>
            <w:r>
              <w:rPr>
                <w:b w:val="0"/>
                <w:i w:val="0"/>
                <w:sz w:val="16"/>
              </w:rPr>
            </w:r>
          </w:p>
        </w:tc>
        <w:tc>
          <w:tcPr>
            <w:tcW w:type="dxa" w:w="1247"/>
          </w:tcPr>
          <w:p>
            <w:r/>
            <w:r>
              <w:rPr>
                <w:b w:val="0"/>
                <w:i w:val="0"/>
                <w:sz w:val="16"/>
              </w:rPr>
            </w:r>
          </w:p>
        </w:tc>
        <w:tc>
          <w:tcPr>
            <w:tcW w:type="dxa" w:w="964"/>
          </w:tcPr>
          <w:p>
            <w:r/>
            <w:r>
              <w:rPr>
                <w:b w:val="0"/>
                <w:i w:val="0"/>
                <w:sz w:val="16"/>
              </w:rPr>
            </w:r>
          </w:p>
        </w:tc>
        <w:tc>
          <w:tcPr>
            <w:tcW w:type="dxa" w:w="1757"/>
          </w:tcPr>
          <w:p>
            <w:r/>
            <w:r>
              <w:rPr>
                <w:b w:val="0"/>
                <w:i w:val="0"/>
                <w:sz w:val="16"/>
              </w:rPr>
            </w:r>
          </w:p>
        </w:tc>
        <w:tc>
          <w:tcPr>
            <w:tcW w:type="dxa" w:w="1701"/>
          </w:tcPr>
          <w:p>
            <w:r/>
            <w:r>
              <w:rPr>
                <w:b w:val="0"/>
                <w:i w:val="0"/>
                <w:sz w:val="16"/>
              </w:rPr>
            </w:r>
          </w:p>
        </w:tc>
      </w:tr>
      <w:tr>
        <w:trPr>
          <w:trHeight w:val="454"/>
        </w:trPr>
        <w:tc>
          <w:tcPr>
            <w:tcW w:type="dxa" w:w="1304"/>
          </w:tcPr>
          <w:p>
            <w:r/>
            <w:r>
              <w:rPr>
                <w:b w:val="0"/>
                <w:i w:val="0"/>
                <w:sz w:val="16"/>
              </w:rPr>
            </w:r>
          </w:p>
        </w:tc>
        <w:tc>
          <w:tcPr>
            <w:tcW w:type="dxa" w:w="1474"/>
          </w:tcPr>
          <w:p>
            <w:r/>
            <w:r>
              <w:rPr>
                <w:b w:val="0"/>
                <w:i w:val="0"/>
                <w:sz w:val="16"/>
              </w:rPr>
            </w:r>
          </w:p>
        </w:tc>
        <w:tc>
          <w:tcPr>
            <w:tcW w:type="dxa" w:w="1191"/>
          </w:tcPr>
          <w:p>
            <w:r/>
            <w:r>
              <w:rPr>
                <w:b w:val="0"/>
                <w:i w:val="0"/>
                <w:sz w:val="16"/>
              </w:rPr>
            </w:r>
          </w:p>
        </w:tc>
        <w:tc>
          <w:tcPr>
            <w:tcW w:type="dxa" w:w="1247"/>
          </w:tcPr>
          <w:p>
            <w:r/>
            <w:r>
              <w:rPr>
                <w:b w:val="0"/>
                <w:i w:val="0"/>
                <w:sz w:val="16"/>
              </w:rPr>
            </w:r>
          </w:p>
        </w:tc>
        <w:tc>
          <w:tcPr>
            <w:tcW w:type="dxa" w:w="964"/>
          </w:tcPr>
          <w:p>
            <w:r/>
            <w:r>
              <w:rPr>
                <w:b w:val="0"/>
                <w:i w:val="0"/>
                <w:sz w:val="16"/>
              </w:rPr>
            </w:r>
          </w:p>
        </w:tc>
        <w:tc>
          <w:tcPr>
            <w:tcW w:type="dxa" w:w="1757"/>
          </w:tcPr>
          <w:p>
            <w:r/>
            <w:r>
              <w:rPr>
                <w:b w:val="0"/>
                <w:i w:val="0"/>
                <w:sz w:val="16"/>
              </w:rPr>
            </w:r>
          </w:p>
        </w:tc>
        <w:tc>
          <w:tcPr>
            <w:tcW w:type="dxa" w:w="1701"/>
          </w:tcPr>
          <w:p>
            <w:r/>
            <w:r>
              <w:rPr>
                <w:b w:val="0"/>
                <w:i w:val="0"/>
                <w:sz w:val="16"/>
              </w:rPr>
            </w:r>
          </w:p>
        </w:tc>
      </w:tr>
      <w:tr>
        <w:trPr>
          <w:trHeight w:val="454"/>
        </w:trPr>
        <w:tc>
          <w:tcPr>
            <w:tcW w:type="dxa" w:w="1304"/>
          </w:tcPr>
          <w:p>
            <w:r/>
            <w:r>
              <w:rPr>
                <w:b w:val="0"/>
                <w:i w:val="0"/>
                <w:sz w:val="16"/>
              </w:rPr>
            </w:r>
          </w:p>
        </w:tc>
        <w:tc>
          <w:tcPr>
            <w:tcW w:type="dxa" w:w="1474"/>
          </w:tcPr>
          <w:p>
            <w:r/>
            <w:r>
              <w:rPr>
                <w:b w:val="0"/>
                <w:i w:val="0"/>
                <w:sz w:val="16"/>
              </w:rPr>
            </w:r>
          </w:p>
        </w:tc>
        <w:tc>
          <w:tcPr>
            <w:tcW w:type="dxa" w:w="1191"/>
          </w:tcPr>
          <w:p>
            <w:r/>
            <w:r>
              <w:rPr>
                <w:b w:val="0"/>
                <w:i w:val="0"/>
                <w:sz w:val="16"/>
              </w:rPr>
            </w:r>
          </w:p>
        </w:tc>
        <w:tc>
          <w:tcPr>
            <w:tcW w:type="dxa" w:w="1247"/>
          </w:tcPr>
          <w:p>
            <w:r/>
            <w:r>
              <w:rPr>
                <w:b w:val="0"/>
                <w:i w:val="0"/>
                <w:sz w:val="16"/>
              </w:rPr>
            </w:r>
          </w:p>
        </w:tc>
        <w:tc>
          <w:tcPr>
            <w:tcW w:type="dxa" w:w="964"/>
          </w:tcPr>
          <w:p>
            <w:r/>
            <w:r>
              <w:rPr>
                <w:b w:val="0"/>
                <w:i w:val="0"/>
                <w:sz w:val="16"/>
              </w:rPr>
            </w:r>
          </w:p>
        </w:tc>
        <w:tc>
          <w:tcPr>
            <w:tcW w:type="dxa" w:w="1757"/>
          </w:tcPr>
          <w:p>
            <w:r/>
            <w:r>
              <w:rPr>
                <w:b w:val="0"/>
                <w:i w:val="0"/>
                <w:sz w:val="16"/>
              </w:rPr>
            </w:r>
          </w:p>
        </w:tc>
        <w:tc>
          <w:tcPr>
            <w:tcW w:type="dxa" w:w="1701"/>
          </w:tcPr>
          <w:p>
            <w:r/>
            <w:r>
              <w:rPr>
                <w:b w:val="0"/>
                <w:i w:val="0"/>
                <w:sz w:val="16"/>
              </w:rPr>
            </w:r>
          </w:p>
        </w:tc>
      </w:tr>
      <w:tr>
        <w:trPr>
          <w:trHeight w:val="454"/>
        </w:trPr>
        <w:tc>
          <w:tcPr>
            <w:tcW w:type="dxa" w:w="1304"/>
          </w:tcPr>
          <w:p>
            <w:r/>
            <w:r>
              <w:rPr>
                <w:b w:val="0"/>
                <w:i w:val="0"/>
                <w:sz w:val="16"/>
              </w:rPr>
            </w:r>
          </w:p>
        </w:tc>
        <w:tc>
          <w:tcPr>
            <w:tcW w:type="dxa" w:w="1474"/>
          </w:tcPr>
          <w:p>
            <w:r/>
            <w:r>
              <w:rPr>
                <w:b w:val="0"/>
                <w:i w:val="0"/>
                <w:sz w:val="16"/>
              </w:rPr>
            </w:r>
          </w:p>
        </w:tc>
        <w:tc>
          <w:tcPr>
            <w:tcW w:type="dxa" w:w="1191"/>
          </w:tcPr>
          <w:p>
            <w:r/>
            <w:r>
              <w:rPr>
                <w:b w:val="0"/>
                <w:i w:val="0"/>
                <w:sz w:val="16"/>
              </w:rPr>
            </w:r>
          </w:p>
        </w:tc>
        <w:tc>
          <w:tcPr>
            <w:tcW w:type="dxa" w:w="1247"/>
          </w:tcPr>
          <w:p>
            <w:r/>
            <w:r>
              <w:rPr>
                <w:b w:val="0"/>
                <w:i w:val="0"/>
                <w:sz w:val="16"/>
              </w:rPr>
            </w:r>
          </w:p>
        </w:tc>
        <w:tc>
          <w:tcPr>
            <w:tcW w:type="dxa" w:w="964"/>
          </w:tcPr>
          <w:p>
            <w:r/>
            <w:r>
              <w:rPr>
                <w:b w:val="0"/>
                <w:i w:val="0"/>
                <w:sz w:val="16"/>
              </w:rPr>
            </w:r>
          </w:p>
        </w:tc>
        <w:tc>
          <w:tcPr>
            <w:tcW w:type="dxa" w:w="1757"/>
          </w:tcPr>
          <w:p>
            <w:r/>
            <w:r>
              <w:rPr>
                <w:b w:val="0"/>
                <w:i w:val="0"/>
                <w:sz w:val="16"/>
              </w:rPr>
            </w:r>
          </w:p>
        </w:tc>
        <w:tc>
          <w:tcPr>
            <w:tcW w:type="dxa" w:w="1701"/>
          </w:tcPr>
          <w:p>
            <w:r/>
            <w:r>
              <w:rPr>
                <w:b w:val="0"/>
                <w:i w:val="0"/>
                <w:sz w:val="16"/>
              </w:rPr>
            </w:r>
          </w:p>
        </w:tc>
      </w:tr>
      <w:tr>
        <w:trPr>
          <w:trHeight w:val="454"/>
        </w:trPr>
        <w:tc>
          <w:tcPr>
            <w:tcW w:type="dxa" w:w="1304"/>
          </w:tcPr>
          <w:p>
            <w:r/>
            <w:r>
              <w:rPr>
                <w:b w:val="0"/>
                <w:i w:val="0"/>
                <w:sz w:val="16"/>
              </w:rPr>
            </w:r>
          </w:p>
        </w:tc>
        <w:tc>
          <w:tcPr>
            <w:tcW w:type="dxa" w:w="1474"/>
          </w:tcPr>
          <w:p>
            <w:r/>
            <w:r>
              <w:rPr>
                <w:b w:val="0"/>
                <w:i w:val="0"/>
                <w:sz w:val="16"/>
              </w:rPr>
            </w:r>
          </w:p>
        </w:tc>
        <w:tc>
          <w:tcPr>
            <w:tcW w:type="dxa" w:w="1191"/>
          </w:tcPr>
          <w:p>
            <w:r/>
            <w:r>
              <w:rPr>
                <w:b w:val="0"/>
                <w:i w:val="0"/>
                <w:sz w:val="16"/>
              </w:rPr>
            </w:r>
          </w:p>
        </w:tc>
        <w:tc>
          <w:tcPr>
            <w:tcW w:type="dxa" w:w="1247"/>
          </w:tcPr>
          <w:p>
            <w:r/>
            <w:r>
              <w:rPr>
                <w:b w:val="0"/>
                <w:i w:val="0"/>
                <w:sz w:val="16"/>
              </w:rPr>
            </w:r>
          </w:p>
        </w:tc>
        <w:tc>
          <w:tcPr>
            <w:tcW w:type="dxa" w:w="964"/>
          </w:tcPr>
          <w:p>
            <w:r/>
            <w:r>
              <w:rPr>
                <w:b w:val="0"/>
                <w:i w:val="0"/>
                <w:sz w:val="16"/>
              </w:rPr>
            </w:r>
          </w:p>
        </w:tc>
        <w:tc>
          <w:tcPr>
            <w:tcW w:type="dxa" w:w="1757"/>
          </w:tcPr>
          <w:p>
            <w:r/>
            <w:r>
              <w:rPr>
                <w:b w:val="0"/>
                <w:i w:val="0"/>
                <w:sz w:val="16"/>
              </w:rPr>
            </w:r>
          </w:p>
        </w:tc>
        <w:tc>
          <w:tcPr>
            <w:tcW w:type="dxa" w:w="1701"/>
          </w:tcPr>
          <w:p>
            <w:r/>
            <w:r>
              <w:rPr>
                <w:b w:val="0"/>
                <w:i w:val="0"/>
                <w:sz w:val="16"/>
              </w:rPr>
            </w:r>
          </w:p>
        </w:tc>
      </w:tr>
      <w:tr>
        <w:trPr>
          <w:trHeight w:val="454"/>
        </w:trPr>
        <w:tc>
          <w:tcPr>
            <w:tcW w:type="dxa" w:w="1304"/>
          </w:tcPr>
          <w:p>
            <w:r/>
            <w:r>
              <w:rPr>
                <w:b w:val="0"/>
                <w:i w:val="0"/>
                <w:sz w:val="16"/>
              </w:rPr>
            </w:r>
          </w:p>
        </w:tc>
        <w:tc>
          <w:tcPr>
            <w:tcW w:type="dxa" w:w="1474"/>
          </w:tcPr>
          <w:p>
            <w:r/>
            <w:r>
              <w:rPr>
                <w:b w:val="0"/>
                <w:i w:val="0"/>
                <w:sz w:val="16"/>
              </w:rPr>
            </w:r>
          </w:p>
        </w:tc>
        <w:tc>
          <w:tcPr>
            <w:tcW w:type="dxa" w:w="1191"/>
          </w:tcPr>
          <w:p>
            <w:r/>
            <w:r>
              <w:rPr>
                <w:b w:val="0"/>
                <w:i w:val="0"/>
                <w:sz w:val="16"/>
              </w:rPr>
            </w:r>
          </w:p>
        </w:tc>
        <w:tc>
          <w:tcPr>
            <w:tcW w:type="dxa" w:w="1247"/>
          </w:tcPr>
          <w:p>
            <w:r/>
            <w:r>
              <w:rPr>
                <w:b w:val="0"/>
                <w:i w:val="0"/>
                <w:sz w:val="16"/>
              </w:rPr>
            </w:r>
          </w:p>
        </w:tc>
        <w:tc>
          <w:tcPr>
            <w:tcW w:type="dxa" w:w="964"/>
          </w:tcPr>
          <w:p>
            <w:r/>
            <w:r>
              <w:rPr>
                <w:b w:val="0"/>
                <w:i w:val="0"/>
                <w:sz w:val="16"/>
              </w:rPr>
            </w:r>
          </w:p>
        </w:tc>
        <w:tc>
          <w:tcPr>
            <w:tcW w:type="dxa" w:w="1757"/>
          </w:tcPr>
          <w:p>
            <w:r/>
            <w:r>
              <w:rPr>
                <w:b w:val="0"/>
                <w:i w:val="0"/>
                <w:sz w:val="16"/>
              </w:rPr>
            </w:r>
          </w:p>
        </w:tc>
        <w:tc>
          <w:tcPr>
            <w:tcW w:type="dxa" w:w="1701"/>
          </w:tcPr>
          <w:p>
            <w:r/>
            <w:r>
              <w:rPr>
                <w:b w:val="0"/>
                <w:i w:val="0"/>
                <w:sz w:val="16"/>
              </w:rPr>
            </w:r>
          </w:p>
        </w:tc>
      </w:tr>
      <w:tr>
        <w:trPr>
          <w:trHeight w:val="454"/>
        </w:trPr>
        <w:tc>
          <w:tcPr>
            <w:tcW w:type="dxa" w:w="1304"/>
          </w:tcPr>
          <w:p>
            <w:r/>
            <w:r>
              <w:rPr>
                <w:b w:val="0"/>
                <w:i w:val="0"/>
                <w:sz w:val="16"/>
              </w:rPr>
            </w:r>
          </w:p>
        </w:tc>
        <w:tc>
          <w:tcPr>
            <w:tcW w:type="dxa" w:w="1474"/>
          </w:tcPr>
          <w:p>
            <w:r/>
            <w:r>
              <w:rPr>
                <w:b w:val="0"/>
                <w:i w:val="0"/>
                <w:sz w:val="16"/>
              </w:rPr>
            </w:r>
          </w:p>
        </w:tc>
        <w:tc>
          <w:tcPr>
            <w:tcW w:type="dxa" w:w="1191"/>
          </w:tcPr>
          <w:p>
            <w:r/>
            <w:r>
              <w:rPr>
                <w:b w:val="0"/>
                <w:i w:val="0"/>
                <w:sz w:val="16"/>
              </w:rPr>
            </w:r>
          </w:p>
        </w:tc>
        <w:tc>
          <w:tcPr>
            <w:tcW w:type="dxa" w:w="1247"/>
          </w:tcPr>
          <w:p>
            <w:r/>
            <w:r>
              <w:rPr>
                <w:b w:val="0"/>
                <w:i w:val="0"/>
                <w:sz w:val="16"/>
              </w:rPr>
            </w:r>
          </w:p>
        </w:tc>
        <w:tc>
          <w:tcPr>
            <w:tcW w:type="dxa" w:w="964"/>
          </w:tcPr>
          <w:p>
            <w:r/>
            <w:r>
              <w:rPr>
                <w:b w:val="0"/>
                <w:i w:val="0"/>
                <w:sz w:val="16"/>
              </w:rPr>
            </w:r>
          </w:p>
        </w:tc>
        <w:tc>
          <w:tcPr>
            <w:tcW w:type="dxa" w:w="1757"/>
          </w:tcPr>
          <w:p>
            <w:r/>
            <w:r>
              <w:rPr>
                <w:b w:val="0"/>
                <w:i w:val="0"/>
                <w:sz w:val="16"/>
              </w:rPr>
            </w:r>
          </w:p>
        </w:tc>
        <w:tc>
          <w:tcPr>
            <w:tcW w:type="dxa" w:w="1701"/>
          </w:tcPr>
          <w:p>
            <w:r/>
            <w:r>
              <w:rPr>
                <w:b w:val="0"/>
                <w:i w:val="0"/>
                <w:sz w:val="16"/>
              </w:rPr>
            </w:r>
          </w:p>
        </w:tc>
      </w:tr>
      <w:tr>
        <w:trPr>
          <w:trHeight w:val="454"/>
        </w:trPr>
        <w:tc>
          <w:tcPr>
            <w:tcW w:type="dxa" w:w="1304"/>
          </w:tcPr>
          <w:p>
            <w:r/>
            <w:r>
              <w:rPr>
                <w:b w:val="0"/>
                <w:i w:val="0"/>
                <w:sz w:val="16"/>
              </w:rPr>
            </w:r>
          </w:p>
        </w:tc>
        <w:tc>
          <w:tcPr>
            <w:tcW w:type="dxa" w:w="1474"/>
          </w:tcPr>
          <w:p>
            <w:r/>
            <w:r>
              <w:rPr>
                <w:b w:val="0"/>
                <w:i w:val="0"/>
                <w:sz w:val="16"/>
              </w:rPr>
            </w:r>
          </w:p>
        </w:tc>
        <w:tc>
          <w:tcPr>
            <w:tcW w:type="dxa" w:w="1191"/>
          </w:tcPr>
          <w:p>
            <w:r/>
            <w:r>
              <w:rPr>
                <w:b w:val="0"/>
                <w:i w:val="0"/>
                <w:sz w:val="16"/>
              </w:rPr>
            </w:r>
          </w:p>
        </w:tc>
        <w:tc>
          <w:tcPr>
            <w:tcW w:type="dxa" w:w="1247"/>
          </w:tcPr>
          <w:p>
            <w:r/>
            <w:r>
              <w:rPr>
                <w:b w:val="0"/>
                <w:i w:val="0"/>
                <w:sz w:val="16"/>
              </w:rPr>
            </w:r>
          </w:p>
        </w:tc>
        <w:tc>
          <w:tcPr>
            <w:tcW w:type="dxa" w:w="964"/>
          </w:tcPr>
          <w:p>
            <w:r/>
            <w:r>
              <w:rPr>
                <w:b w:val="0"/>
                <w:i w:val="0"/>
                <w:sz w:val="16"/>
              </w:rPr>
            </w:r>
          </w:p>
        </w:tc>
        <w:tc>
          <w:tcPr>
            <w:tcW w:type="dxa" w:w="1757"/>
          </w:tcPr>
          <w:p>
            <w:r/>
            <w:r>
              <w:rPr>
                <w:b w:val="0"/>
                <w:i w:val="0"/>
                <w:sz w:val="16"/>
              </w:rPr>
            </w:r>
          </w:p>
        </w:tc>
        <w:tc>
          <w:tcPr>
            <w:tcW w:type="dxa" w:w="1701"/>
          </w:tcPr>
          <w:p>
            <w:r/>
            <w:r>
              <w:rPr>
                <w:b w:val="0"/>
                <w:i w:val="0"/>
                <w:sz w:val="16"/>
              </w:rPr>
            </w:r>
          </w:p>
        </w:tc>
      </w:tr>
      <w:tr>
        <w:trPr>
          <w:trHeight w:val="454"/>
        </w:trPr>
        <w:tc>
          <w:tcPr>
            <w:tcW w:type="dxa" w:w="1304"/>
          </w:tcPr>
          <w:p>
            <w:r/>
            <w:r>
              <w:rPr>
                <w:b w:val="0"/>
                <w:i w:val="0"/>
                <w:sz w:val="16"/>
              </w:rPr>
            </w:r>
          </w:p>
        </w:tc>
        <w:tc>
          <w:tcPr>
            <w:tcW w:type="dxa" w:w="1474"/>
          </w:tcPr>
          <w:p>
            <w:r/>
            <w:r>
              <w:rPr>
                <w:b w:val="0"/>
                <w:i w:val="0"/>
                <w:sz w:val="16"/>
              </w:rPr>
            </w:r>
          </w:p>
        </w:tc>
        <w:tc>
          <w:tcPr>
            <w:tcW w:type="dxa" w:w="1191"/>
          </w:tcPr>
          <w:p>
            <w:r/>
            <w:r>
              <w:rPr>
                <w:b w:val="0"/>
                <w:i w:val="0"/>
                <w:sz w:val="16"/>
              </w:rPr>
            </w:r>
          </w:p>
        </w:tc>
        <w:tc>
          <w:tcPr>
            <w:tcW w:type="dxa" w:w="1247"/>
          </w:tcPr>
          <w:p>
            <w:r/>
            <w:r>
              <w:rPr>
                <w:b w:val="0"/>
                <w:i w:val="0"/>
                <w:sz w:val="16"/>
              </w:rPr>
            </w:r>
          </w:p>
        </w:tc>
        <w:tc>
          <w:tcPr>
            <w:tcW w:type="dxa" w:w="964"/>
          </w:tcPr>
          <w:p>
            <w:r/>
            <w:r>
              <w:rPr>
                <w:b w:val="0"/>
                <w:i w:val="0"/>
                <w:sz w:val="16"/>
              </w:rPr>
            </w:r>
          </w:p>
        </w:tc>
        <w:tc>
          <w:tcPr>
            <w:tcW w:type="dxa" w:w="1757"/>
          </w:tcPr>
          <w:p>
            <w:r/>
            <w:r>
              <w:rPr>
                <w:b w:val="0"/>
                <w:i w:val="0"/>
                <w:sz w:val="16"/>
              </w:rPr>
            </w:r>
          </w:p>
        </w:tc>
        <w:tc>
          <w:tcPr>
            <w:tcW w:type="dxa" w:w="1701"/>
          </w:tcPr>
          <w:p>
            <w:r/>
            <w:r>
              <w:rPr>
                <w:b w:val="0"/>
                <w:i w:val="0"/>
                <w:sz w:val="16"/>
              </w:rPr>
            </w:r>
          </w:p>
        </w:tc>
      </w:tr>
      <w:tr>
        <w:trPr>
          <w:trHeight w:val="454"/>
        </w:trPr>
        <w:tc>
          <w:tcPr>
            <w:tcW w:type="dxa" w:w="1304"/>
          </w:tcPr>
          <w:p>
            <w:r/>
            <w:r>
              <w:rPr>
                <w:b w:val="0"/>
                <w:i w:val="0"/>
                <w:sz w:val="16"/>
              </w:rPr>
            </w:r>
          </w:p>
        </w:tc>
        <w:tc>
          <w:tcPr>
            <w:tcW w:type="dxa" w:w="1474"/>
          </w:tcPr>
          <w:p>
            <w:r/>
            <w:r>
              <w:rPr>
                <w:b w:val="0"/>
                <w:i w:val="0"/>
                <w:sz w:val="16"/>
              </w:rPr>
            </w:r>
          </w:p>
        </w:tc>
        <w:tc>
          <w:tcPr>
            <w:tcW w:type="dxa" w:w="1191"/>
          </w:tcPr>
          <w:p>
            <w:r/>
            <w:r>
              <w:rPr>
                <w:b w:val="0"/>
                <w:i w:val="0"/>
                <w:sz w:val="16"/>
              </w:rPr>
            </w:r>
          </w:p>
        </w:tc>
        <w:tc>
          <w:tcPr>
            <w:tcW w:type="dxa" w:w="1247"/>
          </w:tcPr>
          <w:p>
            <w:r/>
            <w:r>
              <w:rPr>
                <w:b w:val="0"/>
                <w:i w:val="0"/>
                <w:sz w:val="16"/>
              </w:rPr>
            </w:r>
          </w:p>
        </w:tc>
        <w:tc>
          <w:tcPr>
            <w:tcW w:type="dxa" w:w="964"/>
          </w:tcPr>
          <w:p>
            <w:r/>
            <w:r>
              <w:rPr>
                <w:b w:val="0"/>
                <w:i w:val="0"/>
                <w:sz w:val="16"/>
              </w:rPr>
            </w:r>
          </w:p>
        </w:tc>
        <w:tc>
          <w:tcPr>
            <w:tcW w:type="dxa" w:w="1757"/>
          </w:tcPr>
          <w:p>
            <w:r/>
            <w:r>
              <w:rPr>
                <w:b w:val="0"/>
                <w:i w:val="0"/>
                <w:sz w:val="16"/>
              </w:rPr>
            </w:r>
          </w:p>
        </w:tc>
        <w:tc>
          <w:tcPr>
            <w:tcW w:type="dxa" w:w="1701"/>
          </w:tcPr>
          <w:p>
            <w:r/>
            <w:r>
              <w:rPr>
                <w:b w:val="0"/>
                <w:i w:val="0"/>
                <w:sz w:val="16"/>
              </w:rPr>
            </w:r>
          </w:p>
        </w:tc>
      </w:tr>
    </w:tbl>
    <w:p>
      <w:pPr>
        <w:spacing w:after="40"/>
      </w:pPr>
    </w:p>
    <w:p>
      <w:pPr>
        <w:pStyle w:val="Heading1"/>
      </w:pPr>
      <w:r>
        <w:rPr>
          <w:color w:val="1F1F1F"/>
        </w:rPr>
        <w:t>3. Controls and retains</w:t>
      </w:r>
    </w:p>
    <w:p>
      <w:pPr>
        <w:spacing w:after="80"/>
      </w:pPr>
      <w:r>
        <w:rPr>
          <w:b w:val="0"/>
          <w:i w:val="0"/>
          <w:sz w:val="18"/>
        </w:rPr>
        <w:t>3a. Pairing. Tick each condition the control shares with its trial sample.</w:t>
      </w:r>
    </w:p>
    <w:tbl>
      <w:tblPr>
        <w:tblStyle w:val="TableGrid"/>
        <w:tblW w:type="auto" w:w="0"/>
        <w:jc w:val="center"/>
        <w:tblLook w:firstColumn="1" w:firstRow="1" w:lastColumn="0" w:lastRow="0" w:noHBand="0" w:noVBand="1" w:val="04A0"/>
      </w:tblPr>
      <w:tblGrid>
        <w:gridCol w:w="1928"/>
        <w:gridCol w:w="1928"/>
        <w:gridCol w:w="1928"/>
        <w:gridCol w:w="1928"/>
        <w:gridCol w:w="1928"/>
      </w:tblGrid>
      <w:tr>
        <w:trPr>
          <w:tblHeader w:val="true"/>
        </w:trPr>
        <w:tc>
          <w:tcPr>
            <w:tcW w:type="dxa" w:w="1984"/>
            <w:shd w:val="clear" w:color="auto" w:fill="E7E6E6"/>
          </w:tcPr>
          <w:p>
            <w:r/>
            <w:r>
              <w:rPr>
                <w:b/>
                <w:i w:val="0"/>
                <w:sz w:val="16"/>
              </w:rPr>
              <w:t>Trial sample ID</w:t>
            </w:r>
          </w:p>
        </w:tc>
        <w:tc>
          <w:tcPr>
            <w:tcW w:type="dxa" w:w="2268"/>
            <w:shd w:val="clear" w:color="auto" w:fill="E7E6E6"/>
          </w:tcPr>
          <w:p>
            <w:r/>
            <w:r>
              <w:rPr>
                <w:b/>
                <w:i w:val="0"/>
                <w:sz w:val="16"/>
              </w:rPr>
              <w:t>Paired control or baseline ID</w:t>
            </w:r>
          </w:p>
        </w:tc>
        <w:tc>
          <w:tcPr>
            <w:tcW w:type="dxa" w:w="1701"/>
            <w:shd w:val="clear" w:color="auto" w:fill="E7E6E6"/>
          </w:tcPr>
          <w:p>
            <w:r/>
            <w:r>
              <w:rPr>
                <w:b/>
                <w:i w:val="0"/>
                <w:sz w:val="16"/>
              </w:rPr>
              <w:t>Same day</w:t>
            </w:r>
          </w:p>
        </w:tc>
        <w:tc>
          <w:tcPr>
            <w:tcW w:type="dxa" w:w="1814"/>
            <w:shd w:val="clear" w:color="auto" w:fill="E7E6E6"/>
          </w:tcPr>
          <w:p>
            <w:r/>
            <w:r>
              <w:rPr>
                <w:b/>
                <w:i w:val="0"/>
                <w:sz w:val="16"/>
              </w:rPr>
              <w:t>Same point type</w:t>
            </w:r>
          </w:p>
        </w:tc>
        <w:tc>
          <w:tcPr>
            <w:tcW w:type="dxa" w:w="1871"/>
            <w:shd w:val="clear" w:color="auto" w:fill="E7E6E6"/>
          </w:tcPr>
          <w:p>
            <w:r/>
            <w:r>
              <w:rPr>
                <w:b/>
                <w:i w:val="0"/>
                <w:sz w:val="16"/>
              </w:rPr>
              <w:t>Same method</w:t>
            </w:r>
          </w:p>
        </w:tc>
      </w:tr>
      <w:tr>
        <w:trPr>
          <w:trHeight w:val="454"/>
        </w:trPr>
        <w:tc>
          <w:tcPr>
            <w:tcW w:type="dxa" w:w="1984"/>
          </w:tcPr>
          <w:p>
            <w:r/>
            <w:r>
              <w:rPr>
                <w:b w:val="0"/>
                <w:i w:val="0"/>
                <w:sz w:val="16"/>
              </w:rPr>
            </w:r>
          </w:p>
        </w:tc>
        <w:tc>
          <w:tcPr>
            <w:tcW w:type="dxa" w:w="2268"/>
          </w:tcPr>
          <w:p>
            <w:r/>
            <w:r>
              <w:rPr>
                <w:b w:val="0"/>
                <w:i w:val="0"/>
                <w:sz w:val="16"/>
              </w:rPr>
            </w:r>
          </w:p>
        </w:tc>
        <w:tc>
          <w:tcPr>
            <w:tcW w:type="dxa" w:w="1701"/>
          </w:tcPr>
          <w:p>
            <w:r/>
            <w:r>
              <w:rPr>
                <w:b w:val="0"/>
                <w:i w:val="0"/>
                <w:sz w:val="16"/>
              </w:rPr>
              <w:t>[ ] yes  [ ] no</w:t>
            </w:r>
          </w:p>
        </w:tc>
        <w:tc>
          <w:tcPr>
            <w:tcW w:type="dxa" w:w="1814"/>
          </w:tcPr>
          <w:p>
            <w:r/>
            <w:r>
              <w:rPr>
                <w:b w:val="0"/>
                <w:i w:val="0"/>
                <w:sz w:val="16"/>
              </w:rPr>
              <w:t>[ ] yes  [ ] no</w:t>
            </w:r>
          </w:p>
        </w:tc>
        <w:tc>
          <w:tcPr>
            <w:tcW w:type="dxa" w:w="1871"/>
          </w:tcPr>
          <w:p>
            <w:r/>
            <w:r>
              <w:rPr>
                <w:b w:val="0"/>
                <w:i w:val="0"/>
                <w:sz w:val="16"/>
              </w:rPr>
              <w:t>[ ] yes  [ ] no</w:t>
            </w:r>
          </w:p>
        </w:tc>
      </w:tr>
      <w:tr>
        <w:trPr>
          <w:trHeight w:val="454"/>
        </w:trPr>
        <w:tc>
          <w:tcPr>
            <w:tcW w:type="dxa" w:w="1984"/>
          </w:tcPr>
          <w:p>
            <w:r/>
            <w:r>
              <w:rPr>
                <w:b w:val="0"/>
                <w:i w:val="0"/>
                <w:sz w:val="16"/>
              </w:rPr>
            </w:r>
          </w:p>
        </w:tc>
        <w:tc>
          <w:tcPr>
            <w:tcW w:type="dxa" w:w="2268"/>
          </w:tcPr>
          <w:p>
            <w:r/>
            <w:r>
              <w:rPr>
                <w:b w:val="0"/>
                <w:i w:val="0"/>
                <w:sz w:val="16"/>
              </w:rPr>
            </w:r>
          </w:p>
        </w:tc>
        <w:tc>
          <w:tcPr>
            <w:tcW w:type="dxa" w:w="1701"/>
          </w:tcPr>
          <w:p>
            <w:r/>
            <w:r>
              <w:rPr>
                <w:b w:val="0"/>
                <w:i w:val="0"/>
                <w:sz w:val="16"/>
              </w:rPr>
              <w:t>[ ] yes  [ ] no</w:t>
            </w:r>
          </w:p>
        </w:tc>
        <w:tc>
          <w:tcPr>
            <w:tcW w:type="dxa" w:w="1814"/>
          </w:tcPr>
          <w:p>
            <w:r/>
            <w:r>
              <w:rPr>
                <w:b w:val="0"/>
                <w:i w:val="0"/>
                <w:sz w:val="16"/>
              </w:rPr>
              <w:t>[ ] yes  [ ] no</w:t>
            </w:r>
          </w:p>
        </w:tc>
        <w:tc>
          <w:tcPr>
            <w:tcW w:type="dxa" w:w="1871"/>
          </w:tcPr>
          <w:p>
            <w:r/>
            <w:r>
              <w:rPr>
                <w:b w:val="0"/>
                <w:i w:val="0"/>
                <w:sz w:val="16"/>
              </w:rPr>
              <w:t>[ ] yes  [ ] no</w:t>
            </w:r>
          </w:p>
        </w:tc>
      </w:tr>
      <w:tr>
        <w:trPr>
          <w:trHeight w:val="454"/>
        </w:trPr>
        <w:tc>
          <w:tcPr>
            <w:tcW w:type="dxa" w:w="1984"/>
          </w:tcPr>
          <w:p>
            <w:r/>
            <w:r>
              <w:rPr>
                <w:b w:val="0"/>
                <w:i w:val="0"/>
                <w:sz w:val="16"/>
              </w:rPr>
            </w:r>
          </w:p>
        </w:tc>
        <w:tc>
          <w:tcPr>
            <w:tcW w:type="dxa" w:w="2268"/>
          </w:tcPr>
          <w:p>
            <w:r/>
            <w:r>
              <w:rPr>
                <w:b w:val="0"/>
                <w:i w:val="0"/>
                <w:sz w:val="16"/>
              </w:rPr>
            </w:r>
          </w:p>
        </w:tc>
        <w:tc>
          <w:tcPr>
            <w:tcW w:type="dxa" w:w="1701"/>
          </w:tcPr>
          <w:p>
            <w:r/>
            <w:r>
              <w:rPr>
                <w:b w:val="0"/>
                <w:i w:val="0"/>
                <w:sz w:val="16"/>
              </w:rPr>
              <w:t>[ ] yes  [ ] no</w:t>
            </w:r>
          </w:p>
        </w:tc>
        <w:tc>
          <w:tcPr>
            <w:tcW w:type="dxa" w:w="1814"/>
          </w:tcPr>
          <w:p>
            <w:r/>
            <w:r>
              <w:rPr>
                <w:b w:val="0"/>
                <w:i w:val="0"/>
                <w:sz w:val="16"/>
              </w:rPr>
              <w:t>[ ] yes  [ ] no</w:t>
            </w:r>
          </w:p>
        </w:tc>
        <w:tc>
          <w:tcPr>
            <w:tcW w:type="dxa" w:w="1871"/>
          </w:tcPr>
          <w:p>
            <w:r/>
            <w:r>
              <w:rPr>
                <w:b w:val="0"/>
                <w:i w:val="0"/>
                <w:sz w:val="16"/>
              </w:rPr>
              <w:t>[ ] yes  [ ] no</w:t>
            </w:r>
          </w:p>
        </w:tc>
      </w:tr>
      <w:tr>
        <w:trPr>
          <w:trHeight w:val="454"/>
        </w:trPr>
        <w:tc>
          <w:tcPr>
            <w:tcW w:type="dxa" w:w="1984"/>
          </w:tcPr>
          <w:p>
            <w:r/>
            <w:r>
              <w:rPr>
                <w:b w:val="0"/>
                <w:i w:val="0"/>
                <w:sz w:val="16"/>
              </w:rPr>
            </w:r>
          </w:p>
        </w:tc>
        <w:tc>
          <w:tcPr>
            <w:tcW w:type="dxa" w:w="2268"/>
          </w:tcPr>
          <w:p>
            <w:r/>
            <w:r>
              <w:rPr>
                <w:b w:val="0"/>
                <w:i w:val="0"/>
                <w:sz w:val="16"/>
              </w:rPr>
            </w:r>
          </w:p>
        </w:tc>
        <w:tc>
          <w:tcPr>
            <w:tcW w:type="dxa" w:w="1701"/>
          </w:tcPr>
          <w:p>
            <w:r/>
            <w:r>
              <w:rPr>
                <w:b w:val="0"/>
                <w:i w:val="0"/>
                <w:sz w:val="16"/>
              </w:rPr>
              <w:t>[ ] yes  [ ] no</w:t>
            </w:r>
          </w:p>
        </w:tc>
        <w:tc>
          <w:tcPr>
            <w:tcW w:type="dxa" w:w="1814"/>
          </w:tcPr>
          <w:p>
            <w:r/>
            <w:r>
              <w:rPr>
                <w:b w:val="0"/>
                <w:i w:val="0"/>
                <w:sz w:val="16"/>
              </w:rPr>
              <w:t>[ ] yes  [ ] no</w:t>
            </w:r>
          </w:p>
        </w:tc>
        <w:tc>
          <w:tcPr>
            <w:tcW w:type="dxa" w:w="1871"/>
          </w:tcPr>
          <w:p>
            <w:r/>
            <w:r>
              <w:rPr>
                <w:b w:val="0"/>
                <w:i w:val="0"/>
                <w:sz w:val="16"/>
              </w:rPr>
              <w:t>[ ] yes  [ ] no</w:t>
            </w:r>
          </w:p>
        </w:tc>
      </w:tr>
      <w:tr>
        <w:trPr>
          <w:trHeight w:val="454"/>
        </w:trPr>
        <w:tc>
          <w:tcPr>
            <w:tcW w:type="dxa" w:w="1984"/>
          </w:tcPr>
          <w:p>
            <w:r/>
            <w:r>
              <w:rPr>
                <w:b w:val="0"/>
                <w:i w:val="0"/>
                <w:sz w:val="16"/>
              </w:rPr>
            </w:r>
          </w:p>
        </w:tc>
        <w:tc>
          <w:tcPr>
            <w:tcW w:type="dxa" w:w="2268"/>
          </w:tcPr>
          <w:p>
            <w:r/>
            <w:r>
              <w:rPr>
                <w:b w:val="0"/>
                <w:i w:val="0"/>
                <w:sz w:val="16"/>
              </w:rPr>
            </w:r>
          </w:p>
        </w:tc>
        <w:tc>
          <w:tcPr>
            <w:tcW w:type="dxa" w:w="1701"/>
          </w:tcPr>
          <w:p>
            <w:r/>
            <w:r>
              <w:rPr>
                <w:b w:val="0"/>
                <w:i w:val="0"/>
                <w:sz w:val="16"/>
              </w:rPr>
              <w:t>[ ] yes  [ ] no</w:t>
            </w:r>
          </w:p>
        </w:tc>
        <w:tc>
          <w:tcPr>
            <w:tcW w:type="dxa" w:w="1814"/>
          </w:tcPr>
          <w:p>
            <w:r/>
            <w:r>
              <w:rPr>
                <w:b w:val="0"/>
                <w:i w:val="0"/>
                <w:sz w:val="16"/>
              </w:rPr>
              <w:t>[ ] yes  [ ] no</w:t>
            </w:r>
          </w:p>
        </w:tc>
        <w:tc>
          <w:tcPr>
            <w:tcW w:type="dxa" w:w="1871"/>
          </w:tcPr>
          <w:p>
            <w:r/>
            <w:r>
              <w:rPr>
                <w:b w:val="0"/>
                <w:i w:val="0"/>
                <w:sz w:val="16"/>
              </w:rPr>
              <w:t>[ ] yes  [ ] no</w:t>
            </w:r>
          </w:p>
        </w:tc>
      </w:tr>
      <w:tr>
        <w:trPr>
          <w:trHeight w:val="454"/>
        </w:trPr>
        <w:tc>
          <w:tcPr>
            <w:tcW w:type="dxa" w:w="1984"/>
          </w:tcPr>
          <w:p>
            <w:r/>
            <w:r>
              <w:rPr>
                <w:b w:val="0"/>
                <w:i w:val="0"/>
                <w:sz w:val="16"/>
              </w:rPr>
            </w:r>
          </w:p>
        </w:tc>
        <w:tc>
          <w:tcPr>
            <w:tcW w:type="dxa" w:w="2268"/>
          </w:tcPr>
          <w:p>
            <w:r/>
            <w:r>
              <w:rPr>
                <w:b w:val="0"/>
                <w:i w:val="0"/>
                <w:sz w:val="16"/>
              </w:rPr>
            </w:r>
          </w:p>
        </w:tc>
        <w:tc>
          <w:tcPr>
            <w:tcW w:type="dxa" w:w="1701"/>
          </w:tcPr>
          <w:p>
            <w:r/>
            <w:r>
              <w:rPr>
                <w:b w:val="0"/>
                <w:i w:val="0"/>
                <w:sz w:val="16"/>
              </w:rPr>
              <w:t>[ ] yes  [ ] no</w:t>
            </w:r>
          </w:p>
        </w:tc>
        <w:tc>
          <w:tcPr>
            <w:tcW w:type="dxa" w:w="1814"/>
          </w:tcPr>
          <w:p>
            <w:r/>
            <w:r>
              <w:rPr>
                <w:b w:val="0"/>
                <w:i w:val="0"/>
                <w:sz w:val="16"/>
              </w:rPr>
              <w:t>[ ] yes  [ ] no</w:t>
            </w:r>
          </w:p>
        </w:tc>
        <w:tc>
          <w:tcPr>
            <w:tcW w:type="dxa" w:w="1871"/>
          </w:tcPr>
          <w:p>
            <w:r/>
            <w:r>
              <w:rPr>
                <w:b w:val="0"/>
                <w:i w:val="0"/>
                <w:sz w:val="16"/>
              </w:rPr>
              <w:t>[ ] yes  [ ] no</w:t>
            </w:r>
          </w:p>
        </w:tc>
      </w:tr>
      <w:tr>
        <w:trPr>
          <w:trHeight w:val="454"/>
        </w:trPr>
        <w:tc>
          <w:tcPr>
            <w:tcW w:type="dxa" w:w="1984"/>
          </w:tcPr>
          <w:p>
            <w:r/>
            <w:r>
              <w:rPr>
                <w:b w:val="0"/>
                <w:i w:val="0"/>
                <w:sz w:val="16"/>
              </w:rPr>
            </w:r>
          </w:p>
        </w:tc>
        <w:tc>
          <w:tcPr>
            <w:tcW w:type="dxa" w:w="2268"/>
          </w:tcPr>
          <w:p>
            <w:r/>
            <w:r>
              <w:rPr>
                <w:b w:val="0"/>
                <w:i w:val="0"/>
                <w:sz w:val="16"/>
              </w:rPr>
            </w:r>
          </w:p>
        </w:tc>
        <w:tc>
          <w:tcPr>
            <w:tcW w:type="dxa" w:w="1701"/>
          </w:tcPr>
          <w:p>
            <w:r/>
            <w:r>
              <w:rPr>
                <w:b w:val="0"/>
                <w:i w:val="0"/>
                <w:sz w:val="16"/>
              </w:rPr>
              <w:t>[ ] yes  [ ] no</w:t>
            </w:r>
          </w:p>
        </w:tc>
        <w:tc>
          <w:tcPr>
            <w:tcW w:type="dxa" w:w="1814"/>
          </w:tcPr>
          <w:p>
            <w:r/>
            <w:r>
              <w:rPr>
                <w:b w:val="0"/>
                <w:i w:val="0"/>
                <w:sz w:val="16"/>
              </w:rPr>
              <w:t>[ ] yes  [ ] no</w:t>
            </w:r>
          </w:p>
        </w:tc>
        <w:tc>
          <w:tcPr>
            <w:tcW w:type="dxa" w:w="1871"/>
          </w:tcPr>
          <w:p>
            <w:r/>
            <w:r>
              <w:rPr>
                <w:b w:val="0"/>
                <w:i w:val="0"/>
                <w:sz w:val="16"/>
              </w:rPr>
              <w:t>[ ] yes  [ ] no</w:t>
            </w:r>
          </w:p>
        </w:tc>
      </w:tr>
      <w:tr>
        <w:trPr>
          <w:trHeight w:val="454"/>
        </w:trPr>
        <w:tc>
          <w:tcPr>
            <w:tcW w:type="dxa" w:w="1984"/>
          </w:tcPr>
          <w:p>
            <w:r/>
            <w:r>
              <w:rPr>
                <w:b w:val="0"/>
                <w:i w:val="0"/>
                <w:sz w:val="16"/>
              </w:rPr>
            </w:r>
          </w:p>
        </w:tc>
        <w:tc>
          <w:tcPr>
            <w:tcW w:type="dxa" w:w="2268"/>
          </w:tcPr>
          <w:p>
            <w:r/>
            <w:r>
              <w:rPr>
                <w:b w:val="0"/>
                <w:i w:val="0"/>
                <w:sz w:val="16"/>
              </w:rPr>
            </w:r>
          </w:p>
        </w:tc>
        <w:tc>
          <w:tcPr>
            <w:tcW w:type="dxa" w:w="1701"/>
          </w:tcPr>
          <w:p>
            <w:r/>
            <w:r>
              <w:rPr>
                <w:b w:val="0"/>
                <w:i w:val="0"/>
                <w:sz w:val="16"/>
              </w:rPr>
              <w:t>[ ] yes  [ ] no</w:t>
            </w:r>
          </w:p>
        </w:tc>
        <w:tc>
          <w:tcPr>
            <w:tcW w:type="dxa" w:w="1814"/>
          </w:tcPr>
          <w:p>
            <w:r/>
            <w:r>
              <w:rPr>
                <w:b w:val="0"/>
                <w:i w:val="0"/>
                <w:sz w:val="16"/>
              </w:rPr>
              <w:t>[ ] yes  [ ] no</w:t>
            </w:r>
          </w:p>
        </w:tc>
        <w:tc>
          <w:tcPr>
            <w:tcW w:type="dxa" w:w="1871"/>
          </w:tcPr>
          <w:p>
            <w:r/>
            <w:r>
              <w:rPr>
                <w:b w:val="0"/>
                <w:i w:val="0"/>
                <w:sz w:val="16"/>
              </w:rPr>
              <w:t>[ ] yes  [ ] no</w:t>
            </w:r>
          </w:p>
        </w:tc>
      </w:tr>
    </w:tbl>
    <w:p>
      <w:pPr>
        <w:spacing w:after="40"/>
      </w:pPr>
    </w:p>
    <w:p>
      <w:pPr>
        <w:spacing w:after="80"/>
      </w:pPr>
      <w:r>
        <w:rPr>
          <w:b w:val="0"/>
          <w:i w:val="0"/>
          <w:sz w:val="18"/>
        </w:rPr>
        <w:t>3b. Retained splits and seals.</w:t>
      </w:r>
    </w:p>
    <w:tbl>
      <w:tblPr>
        <w:tblStyle w:val="TableGrid"/>
        <w:tblW w:type="auto" w:w="0"/>
        <w:jc w:val="center"/>
        <w:tblLook w:firstColumn="1" w:firstRow="1" w:lastColumn="0" w:lastRow="0" w:noHBand="0" w:noVBand="1" w:val="04A0"/>
      </w:tblPr>
      <w:tblGrid>
        <w:gridCol w:w="1377"/>
        <w:gridCol w:w="1377"/>
        <w:gridCol w:w="1377"/>
        <w:gridCol w:w="1377"/>
        <w:gridCol w:w="1377"/>
        <w:gridCol w:w="1377"/>
        <w:gridCol w:w="1377"/>
      </w:tblGrid>
      <w:tr>
        <w:trPr>
          <w:tblHeader w:val="true"/>
        </w:trPr>
        <w:tc>
          <w:tcPr>
            <w:tcW w:type="dxa" w:w="1247"/>
            <w:shd w:val="clear" w:color="auto" w:fill="E7E6E6"/>
          </w:tcPr>
          <w:p>
            <w:r/>
            <w:r>
              <w:rPr>
                <w:b/>
                <w:i w:val="0"/>
                <w:sz w:val="16"/>
              </w:rPr>
              <w:t>Split ID</w:t>
            </w:r>
          </w:p>
        </w:tc>
        <w:tc>
          <w:tcPr>
            <w:tcW w:type="dxa" w:w="1361"/>
            <w:shd w:val="clear" w:color="auto" w:fill="E7E6E6"/>
          </w:tcPr>
          <w:p>
            <w:r/>
            <w:r>
              <w:rPr>
                <w:b/>
                <w:i w:val="0"/>
                <w:sz w:val="16"/>
              </w:rPr>
              <w:t>Split of sample ID</w:t>
            </w:r>
          </w:p>
        </w:tc>
        <w:tc>
          <w:tcPr>
            <w:tcW w:type="dxa" w:w="1701"/>
            <w:shd w:val="clear" w:color="auto" w:fill="E7E6E6"/>
          </w:tcPr>
          <w:p>
            <w:r/>
            <w:r>
              <w:rPr>
                <w:b/>
                <w:i w:val="0"/>
                <w:sz w:val="16"/>
              </w:rPr>
              <w:t>Storage place</w:t>
            </w:r>
          </w:p>
        </w:tc>
        <w:tc>
          <w:tcPr>
            <w:tcW w:type="dxa" w:w="1247"/>
            <w:shd w:val="clear" w:color="auto" w:fill="E7E6E6"/>
          </w:tcPr>
          <w:p>
            <w:r/>
            <w:r>
              <w:rPr>
                <w:b/>
                <w:i w:val="0"/>
                <w:sz w:val="16"/>
              </w:rPr>
              <w:t>Storage temperature (°C)</w:t>
            </w:r>
          </w:p>
        </w:tc>
        <w:tc>
          <w:tcPr>
            <w:tcW w:type="dxa" w:w="1361"/>
            <w:shd w:val="clear" w:color="auto" w:fill="E7E6E6"/>
          </w:tcPr>
          <w:p>
            <w:r/>
            <w:r>
              <w:rPr>
                <w:b/>
                <w:i w:val="0"/>
                <w:sz w:val="16"/>
              </w:rPr>
              <w:t>Keep until (YYYY-MM-DD)</w:t>
            </w:r>
          </w:p>
        </w:tc>
        <w:tc>
          <w:tcPr>
            <w:tcW w:type="dxa" w:w="1474"/>
            <w:shd w:val="clear" w:color="auto" w:fill="E7E6E6"/>
          </w:tcPr>
          <w:p>
            <w:r/>
            <w:r>
              <w:rPr>
                <w:b/>
                <w:i w:val="0"/>
                <w:sz w:val="16"/>
              </w:rPr>
              <w:t>Who may open</w:t>
            </w:r>
          </w:p>
        </w:tc>
        <w:tc>
          <w:tcPr>
            <w:tcW w:type="dxa" w:w="1247"/>
            <w:shd w:val="clear" w:color="auto" w:fill="E7E6E6"/>
          </w:tcPr>
          <w:p>
            <w:r/>
            <w:r>
              <w:rPr>
                <w:b/>
                <w:i w:val="0"/>
                <w:sz w:val="16"/>
              </w:rPr>
              <w:t>Seal no.</w:t>
            </w:r>
          </w:p>
        </w:tc>
      </w:tr>
      <w:tr>
        <w:trPr>
          <w:trHeight w:val="454"/>
        </w:trPr>
        <w:tc>
          <w:tcPr>
            <w:tcW w:type="dxa" w:w="1247"/>
          </w:tcPr>
          <w:p>
            <w:r/>
            <w:r>
              <w:rPr>
                <w:b w:val="0"/>
                <w:i w:val="0"/>
                <w:sz w:val="16"/>
              </w:rPr>
            </w:r>
          </w:p>
        </w:tc>
        <w:tc>
          <w:tcPr>
            <w:tcW w:type="dxa" w:w="1361"/>
          </w:tcPr>
          <w:p>
            <w:r/>
            <w:r>
              <w:rPr>
                <w:b w:val="0"/>
                <w:i w:val="0"/>
                <w:sz w:val="16"/>
              </w:rPr>
            </w:r>
          </w:p>
        </w:tc>
        <w:tc>
          <w:tcPr>
            <w:tcW w:type="dxa" w:w="1701"/>
          </w:tcPr>
          <w:p>
            <w:r/>
            <w:r>
              <w:rPr>
                <w:b w:val="0"/>
                <w:i w:val="0"/>
                <w:sz w:val="16"/>
              </w:rPr>
            </w:r>
          </w:p>
        </w:tc>
        <w:tc>
          <w:tcPr>
            <w:tcW w:type="dxa" w:w="1247"/>
          </w:tcPr>
          <w:p>
            <w:r/>
            <w:r>
              <w:rPr>
                <w:b w:val="0"/>
                <w:i w:val="0"/>
                <w:sz w:val="16"/>
              </w:rPr>
            </w:r>
          </w:p>
        </w:tc>
        <w:tc>
          <w:tcPr>
            <w:tcW w:type="dxa" w:w="1361"/>
          </w:tcPr>
          <w:p>
            <w:r/>
            <w:r>
              <w:rPr>
                <w:b w:val="0"/>
                <w:i w:val="0"/>
                <w:sz w:val="16"/>
              </w:rPr>
            </w:r>
          </w:p>
        </w:tc>
        <w:tc>
          <w:tcPr>
            <w:tcW w:type="dxa" w:w="1474"/>
          </w:tcPr>
          <w:p>
            <w:r/>
            <w:r>
              <w:rPr>
                <w:b w:val="0"/>
                <w:i w:val="0"/>
                <w:sz w:val="16"/>
              </w:rPr>
            </w:r>
          </w:p>
        </w:tc>
        <w:tc>
          <w:tcPr>
            <w:tcW w:type="dxa" w:w="1247"/>
          </w:tcPr>
          <w:p>
            <w:r/>
            <w:r>
              <w:rPr>
                <w:b w:val="0"/>
                <w:i w:val="0"/>
                <w:sz w:val="16"/>
              </w:rPr>
            </w:r>
          </w:p>
        </w:tc>
      </w:tr>
      <w:tr>
        <w:trPr>
          <w:trHeight w:val="454"/>
        </w:trPr>
        <w:tc>
          <w:tcPr>
            <w:tcW w:type="dxa" w:w="1247"/>
          </w:tcPr>
          <w:p>
            <w:r/>
            <w:r>
              <w:rPr>
                <w:b w:val="0"/>
                <w:i w:val="0"/>
                <w:sz w:val="16"/>
              </w:rPr>
            </w:r>
          </w:p>
        </w:tc>
        <w:tc>
          <w:tcPr>
            <w:tcW w:type="dxa" w:w="1361"/>
          </w:tcPr>
          <w:p>
            <w:r/>
            <w:r>
              <w:rPr>
                <w:b w:val="0"/>
                <w:i w:val="0"/>
                <w:sz w:val="16"/>
              </w:rPr>
            </w:r>
          </w:p>
        </w:tc>
        <w:tc>
          <w:tcPr>
            <w:tcW w:type="dxa" w:w="1701"/>
          </w:tcPr>
          <w:p>
            <w:r/>
            <w:r>
              <w:rPr>
                <w:b w:val="0"/>
                <w:i w:val="0"/>
                <w:sz w:val="16"/>
              </w:rPr>
            </w:r>
          </w:p>
        </w:tc>
        <w:tc>
          <w:tcPr>
            <w:tcW w:type="dxa" w:w="1247"/>
          </w:tcPr>
          <w:p>
            <w:r/>
            <w:r>
              <w:rPr>
                <w:b w:val="0"/>
                <w:i w:val="0"/>
                <w:sz w:val="16"/>
              </w:rPr>
            </w:r>
          </w:p>
        </w:tc>
        <w:tc>
          <w:tcPr>
            <w:tcW w:type="dxa" w:w="1361"/>
          </w:tcPr>
          <w:p>
            <w:r/>
            <w:r>
              <w:rPr>
                <w:b w:val="0"/>
                <w:i w:val="0"/>
                <w:sz w:val="16"/>
              </w:rPr>
            </w:r>
          </w:p>
        </w:tc>
        <w:tc>
          <w:tcPr>
            <w:tcW w:type="dxa" w:w="1474"/>
          </w:tcPr>
          <w:p>
            <w:r/>
            <w:r>
              <w:rPr>
                <w:b w:val="0"/>
                <w:i w:val="0"/>
                <w:sz w:val="16"/>
              </w:rPr>
            </w:r>
          </w:p>
        </w:tc>
        <w:tc>
          <w:tcPr>
            <w:tcW w:type="dxa" w:w="1247"/>
          </w:tcPr>
          <w:p>
            <w:r/>
            <w:r>
              <w:rPr>
                <w:b w:val="0"/>
                <w:i w:val="0"/>
                <w:sz w:val="16"/>
              </w:rPr>
            </w:r>
          </w:p>
        </w:tc>
      </w:tr>
      <w:tr>
        <w:trPr>
          <w:trHeight w:val="454"/>
        </w:trPr>
        <w:tc>
          <w:tcPr>
            <w:tcW w:type="dxa" w:w="1247"/>
          </w:tcPr>
          <w:p>
            <w:r/>
            <w:r>
              <w:rPr>
                <w:b w:val="0"/>
                <w:i w:val="0"/>
                <w:sz w:val="16"/>
              </w:rPr>
            </w:r>
          </w:p>
        </w:tc>
        <w:tc>
          <w:tcPr>
            <w:tcW w:type="dxa" w:w="1361"/>
          </w:tcPr>
          <w:p>
            <w:r/>
            <w:r>
              <w:rPr>
                <w:b w:val="0"/>
                <w:i w:val="0"/>
                <w:sz w:val="16"/>
              </w:rPr>
            </w:r>
          </w:p>
        </w:tc>
        <w:tc>
          <w:tcPr>
            <w:tcW w:type="dxa" w:w="1701"/>
          </w:tcPr>
          <w:p>
            <w:r/>
            <w:r>
              <w:rPr>
                <w:b w:val="0"/>
                <w:i w:val="0"/>
                <w:sz w:val="16"/>
              </w:rPr>
            </w:r>
          </w:p>
        </w:tc>
        <w:tc>
          <w:tcPr>
            <w:tcW w:type="dxa" w:w="1247"/>
          </w:tcPr>
          <w:p>
            <w:r/>
            <w:r>
              <w:rPr>
                <w:b w:val="0"/>
                <w:i w:val="0"/>
                <w:sz w:val="16"/>
              </w:rPr>
            </w:r>
          </w:p>
        </w:tc>
        <w:tc>
          <w:tcPr>
            <w:tcW w:type="dxa" w:w="1361"/>
          </w:tcPr>
          <w:p>
            <w:r/>
            <w:r>
              <w:rPr>
                <w:b w:val="0"/>
                <w:i w:val="0"/>
                <w:sz w:val="16"/>
              </w:rPr>
            </w:r>
          </w:p>
        </w:tc>
        <w:tc>
          <w:tcPr>
            <w:tcW w:type="dxa" w:w="1474"/>
          </w:tcPr>
          <w:p>
            <w:r/>
            <w:r>
              <w:rPr>
                <w:b w:val="0"/>
                <w:i w:val="0"/>
                <w:sz w:val="16"/>
              </w:rPr>
            </w:r>
          </w:p>
        </w:tc>
        <w:tc>
          <w:tcPr>
            <w:tcW w:type="dxa" w:w="1247"/>
          </w:tcPr>
          <w:p>
            <w:r/>
            <w:r>
              <w:rPr>
                <w:b w:val="0"/>
                <w:i w:val="0"/>
                <w:sz w:val="16"/>
              </w:rPr>
            </w:r>
          </w:p>
        </w:tc>
      </w:tr>
      <w:tr>
        <w:trPr>
          <w:trHeight w:val="454"/>
        </w:trPr>
        <w:tc>
          <w:tcPr>
            <w:tcW w:type="dxa" w:w="1247"/>
          </w:tcPr>
          <w:p>
            <w:r/>
            <w:r>
              <w:rPr>
                <w:b w:val="0"/>
                <w:i w:val="0"/>
                <w:sz w:val="16"/>
              </w:rPr>
            </w:r>
          </w:p>
        </w:tc>
        <w:tc>
          <w:tcPr>
            <w:tcW w:type="dxa" w:w="1361"/>
          </w:tcPr>
          <w:p>
            <w:r/>
            <w:r>
              <w:rPr>
                <w:b w:val="0"/>
                <w:i w:val="0"/>
                <w:sz w:val="16"/>
              </w:rPr>
            </w:r>
          </w:p>
        </w:tc>
        <w:tc>
          <w:tcPr>
            <w:tcW w:type="dxa" w:w="1701"/>
          </w:tcPr>
          <w:p>
            <w:r/>
            <w:r>
              <w:rPr>
                <w:b w:val="0"/>
                <w:i w:val="0"/>
                <w:sz w:val="16"/>
              </w:rPr>
            </w:r>
          </w:p>
        </w:tc>
        <w:tc>
          <w:tcPr>
            <w:tcW w:type="dxa" w:w="1247"/>
          </w:tcPr>
          <w:p>
            <w:r/>
            <w:r>
              <w:rPr>
                <w:b w:val="0"/>
                <w:i w:val="0"/>
                <w:sz w:val="16"/>
              </w:rPr>
            </w:r>
          </w:p>
        </w:tc>
        <w:tc>
          <w:tcPr>
            <w:tcW w:type="dxa" w:w="1361"/>
          </w:tcPr>
          <w:p>
            <w:r/>
            <w:r>
              <w:rPr>
                <w:b w:val="0"/>
                <w:i w:val="0"/>
                <w:sz w:val="16"/>
              </w:rPr>
            </w:r>
          </w:p>
        </w:tc>
        <w:tc>
          <w:tcPr>
            <w:tcW w:type="dxa" w:w="1474"/>
          </w:tcPr>
          <w:p>
            <w:r/>
            <w:r>
              <w:rPr>
                <w:b w:val="0"/>
                <w:i w:val="0"/>
                <w:sz w:val="16"/>
              </w:rPr>
            </w:r>
          </w:p>
        </w:tc>
        <w:tc>
          <w:tcPr>
            <w:tcW w:type="dxa" w:w="1247"/>
          </w:tcPr>
          <w:p>
            <w:r/>
            <w:r>
              <w:rPr>
                <w:b w:val="0"/>
                <w:i w:val="0"/>
                <w:sz w:val="16"/>
              </w:rPr>
            </w:r>
          </w:p>
        </w:tc>
      </w:tr>
      <w:tr>
        <w:trPr>
          <w:trHeight w:val="454"/>
        </w:trPr>
        <w:tc>
          <w:tcPr>
            <w:tcW w:type="dxa" w:w="1247"/>
          </w:tcPr>
          <w:p>
            <w:r/>
            <w:r>
              <w:rPr>
                <w:b w:val="0"/>
                <w:i w:val="0"/>
                <w:sz w:val="16"/>
              </w:rPr>
            </w:r>
          </w:p>
        </w:tc>
        <w:tc>
          <w:tcPr>
            <w:tcW w:type="dxa" w:w="1361"/>
          </w:tcPr>
          <w:p>
            <w:r/>
            <w:r>
              <w:rPr>
                <w:b w:val="0"/>
                <w:i w:val="0"/>
                <w:sz w:val="16"/>
              </w:rPr>
            </w:r>
          </w:p>
        </w:tc>
        <w:tc>
          <w:tcPr>
            <w:tcW w:type="dxa" w:w="1701"/>
          </w:tcPr>
          <w:p>
            <w:r/>
            <w:r>
              <w:rPr>
                <w:b w:val="0"/>
                <w:i w:val="0"/>
                <w:sz w:val="16"/>
              </w:rPr>
            </w:r>
          </w:p>
        </w:tc>
        <w:tc>
          <w:tcPr>
            <w:tcW w:type="dxa" w:w="1247"/>
          </w:tcPr>
          <w:p>
            <w:r/>
            <w:r>
              <w:rPr>
                <w:b w:val="0"/>
                <w:i w:val="0"/>
                <w:sz w:val="16"/>
              </w:rPr>
            </w:r>
          </w:p>
        </w:tc>
        <w:tc>
          <w:tcPr>
            <w:tcW w:type="dxa" w:w="1361"/>
          </w:tcPr>
          <w:p>
            <w:r/>
            <w:r>
              <w:rPr>
                <w:b w:val="0"/>
                <w:i w:val="0"/>
                <w:sz w:val="16"/>
              </w:rPr>
            </w:r>
          </w:p>
        </w:tc>
        <w:tc>
          <w:tcPr>
            <w:tcW w:type="dxa" w:w="1474"/>
          </w:tcPr>
          <w:p>
            <w:r/>
            <w:r>
              <w:rPr>
                <w:b w:val="0"/>
                <w:i w:val="0"/>
                <w:sz w:val="16"/>
              </w:rPr>
            </w:r>
          </w:p>
        </w:tc>
        <w:tc>
          <w:tcPr>
            <w:tcW w:type="dxa" w:w="1247"/>
          </w:tcPr>
          <w:p>
            <w:r/>
            <w:r>
              <w:rPr>
                <w:b w:val="0"/>
                <w:i w:val="0"/>
                <w:sz w:val="16"/>
              </w:rPr>
            </w:r>
          </w:p>
        </w:tc>
      </w:tr>
      <w:tr>
        <w:trPr>
          <w:trHeight w:val="454"/>
        </w:trPr>
        <w:tc>
          <w:tcPr>
            <w:tcW w:type="dxa" w:w="1247"/>
          </w:tcPr>
          <w:p>
            <w:r/>
            <w:r>
              <w:rPr>
                <w:b w:val="0"/>
                <w:i w:val="0"/>
                <w:sz w:val="16"/>
              </w:rPr>
            </w:r>
          </w:p>
        </w:tc>
        <w:tc>
          <w:tcPr>
            <w:tcW w:type="dxa" w:w="1361"/>
          </w:tcPr>
          <w:p>
            <w:r/>
            <w:r>
              <w:rPr>
                <w:b w:val="0"/>
                <w:i w:val="0"/>
                <w:sz w:val="16"/>
              </w:rPr>
            </w:r>
          </w:p>
        </w:tc>
        <w:tc>
          <w:tcPr>
            <w:tcW w:type="dxa" w:w="1701"/>
          </w:tcPr>
          <w:p>
            <w:r/>
            <w:r>
              <w:rPr>
                <w:b w:val="0"/>
                <w:i w:val="0"/>
                <w:sz w:val="16"/>
              </w:rPr>
            </w:r>
          </w:p>
        </w:tc>
        <w:tc>
          <w:tcPr>
            <w:tcW w:type="dxa" w:w="1247"/>
          </w:tcPr>
          <w:p>
            <w:r/>
            <w:r>
              <w:rPr>
                <w:b w:val="0"/>
                <w:i w:val="0"/>
                <w:sz w:val="16"/>
              </w:rPr>
            </w:r>
          </w:p>
        </w:tc>
        <w:tc>
          <w:tcPr>
            <w:tcW w:type="dxa" w:w="1361"/>
          </w:tcPr>
          <w:p>
            <w:r/>
            <w:r>
              <w:rPr>
                <w:b w:val="0"/>
                <w:i w:val="0"/>
                <w:sz w:val="16"/>
              </w:rPr>
            </w:r>
          </w:p>
        </w:tc>
        <w:tc>
          <w:tcPr>
            <w:tcW w:type="dxa" w:w="1474"/>
          </w:tcPr>
          <w:p>
            <w:r/>
            <w:r>
              <w:rPr>
                <w:b w:val="0"/>
                <w:i w:val="0"/>
                <w:sz w:val="16"/>
              </w:rPr>
            </w:r>
          </w:p>
        </w:tc>
        <w:tc>
          <w:tcPr>
            <w:tcW w:type="dxa" w:w="1247"/>
          </w:tcPr>
          <w:p>
            <w:r/>
            <w:r>
              <w:rPr>
                <w:b w:val="0"/>
                <w:i w:val="0"/>
                <w:sz w:val="16"/>
              </w:rPr>
            </w:r>
          </w:p>
        </w:tc>
      </w:tr>
    </w:tbl>
    <w:p>
      <w:pPr>
        <w:spacing w:after="40"/>
      </w:pPr>
    </w:p>
    <w:p>
      <w:pPr>
        <w:pStyle w:val="Heading1"/>
      </w:pPr>
      <w:r>
        <w:rPr>
          <w:color w:val="1F1F1F"/>
        </w:rPr>
        <w:t>4. Shipment</w:t>
      </w:r>
    </w:p>
    <w:p>
      <w:pPr>
        <w:spacing w:after="80"/>
      </w:pPr>
      <w:r>
        <w:rPr>
          <w:b w:val="0"/>
          <w:i w:val="0"/>
          <w:sz w:val="18"/>
        </w:rPr>
        <w:t>One block per shipment. Copy the block for further shipments.</w:t>
      </w:r>
    </w:p>
    <w:tbl>
      <w:tblPr>
        <w:tblStyle w:val="TableGrid"/>
        <w:tblW w:type="auto" w:w="0"/>
        <w:tblLook w:firstColumn="1" w:firstRow="1" w:lastColumn="0" w:lastRow="0" w:noHBand="0" w:noVBand="1" w:val="04A0"/>
      </w:tblPr>
      <w:tblGrid>
        <w:gridCol w:w="4819"/>
        <w:gridCol w:w="4819"/>
      </w:tblGrid>
      <w:tr>
        <w:trPr>
          <w:trHeight w:val="454"/>
        </w:trPr>
        <w:tc>
          <w:tcPr>
            <w:tcW w:type="dxa" w:w="3969"/>
            <w:shd w:val="clear" w:color="auto" w:fill="F2F2F2"/>
          </w:tcPr>
          <w:p>
            <w:r/>
            <w:r>
              <w:rPr>
                <w:b/>
                <w:i w:val="0"/>
                <w:sz w:val="18"/>
              </w:rPr>
              <w:t>Shipment ID</w:t>
            </w:r>
          </w:p>
        </w:tc>
        <w:tc>
          <w:tcPr>
            <w:tcW w:type="dxa" w:w="5669"/>
          </w:tcPr>
          <w:p>
            <w:r/>
            <w:r>
              <w:rPr>
                <w:b w:val="0"/>
                <w:i w:val="0"/>
                <w:sz w:val="18"/>
              </w:rPr>
            </w:r>
          </w:p>
        </w:tc>
      </w:tr>
      <w:tr>
        <w:trPr>
          <w:trHeight w:val="454"/>
        </w:trPr>
        <w:tc>
          <w:tcPr>
            <w:tcW w:type="dxa" w:w="3969"/>
            <w:shd w:val="clear" w:color="auto" w:fill="F2F2F2"/>
          </w:tcPr>
          <w:p>
            <w:r/>
            <w:r>
              <w:rPr>
                <w:b/>
                <w:i w:val="0"/>
                <w:sz w:val="18"/>
              </w:rPr>
              <w:t>Sample IDs in this shipment</w:t>
            </w:r>
          </w:p>
        </w:tc>
        <w:tc>
          <w:tcPr>
            <w:tcW w:type="dxa" w:w="5669"/>
          </w:tcPr>
          <w:p>
            <w:r/>
            <w:r>
              <w:rPr>
                <w:b w:val="0"/>
                <w:i w:val="0"/>
                <w:sz w:val="18"/>
              </w:rPr>
            </w:r>
          </w:p>
        </w:tc>
      </w:tr>
      <w:tr>
        <w:trPr>
          <w:trHeight w:val="454"/>
        </w:trPr>
        <w:tc>
          <w:tcPr>
            <w:tcW w:type="dxa" w:w="3969"/>
            <w:shd w:val="clear" w:color="auto" w:fill="F2F2F2"/>
          </w:tcPr>
          <w:p>
            <w:r/>
            <w:r>
              <w:rPr>
                <w:b/>
                <w:i w:val="0"/>
                <w:sz w:val="18"/>
              </w:rPr>
              <w:t>Number of packages (count)</w:t>
            </w:r>
          </w:p>
        </w:tc>
        <w:tc>
          <w:tcPr>
            <w:tcW w:type="dxa" w:w="5669"/>
          </w:tcPr>
          <w:p>
            <w:r/>
            <w:r>
              <w:rPr>
                <w:b w:val="0"/>
                <w:i w:val="0"/>
                <w:sz w:val="18"/>
              </w:rPr>
            </w:r>
          </w:p>
        </w:tc>
      </w:tr>
      <w:tr>
        <w:trPr>
          <w:trHeight w:val="454"/>
        </w:trPr>
        <w:tc>
          <w:tcPr>
            <w:tcW w:type="dxa" w:w="3969"/>
            <w:shd w:val="clear" w:color="auto" w:fill="F2F2F2"/>
          </w:tcPr>
          <w:p>
            <w:r/>
            <w:r>
              <w:rPr>
                <w:b/>
                <w:i w:val="0"/>
                <w:sz w:val="18"/>
              </w:rPr>
              <w:t>Package seal numbers</w:t>
            </w:r>
          </w:p>
        </w:tc>
        <w:tc>
          <w:tcPr>
            <w:tcW w:type="dxa" w:w="5669"/>
          </w:tcPr>
          <w:p>
            <w:r/>
            <w:r>
              <w:rPr>
                <w:b w:val="0"/>
                <w:i w:val="0"/>
                <w:sz w:val="18"/>
              </w:rPr>
            </w:r>
          </w:p>
        </w:tc>
      </w:tr>
      <w:tr>
        <w:trPr>
          <w:trHeight w:val="454"/>
        </w:trPr>
        <w:tc>
          <w:tcPr>
            <w:tcW w:type="dxa" w:w="3969"/>
            <w:shd w:val="clear" w:color="auto" w:fill="F2F2F2"/>
          </w:tcPr>
          <w:p>
            <w:r/>
            <w:r>
              <w:rPr>
                <w:b/>
                <w:i w:val="0"/>
                <w:sz w:val="18"/>
              </w:rPr>
              <w:t>Carrier</w:t>
            </w:r>
          </w:p>
        </w:tc>
        <w:tc>
          <w:tcPr>
            <w:tcW w:type="dxa" w:w="5669"/>
          </w:tcPr>
          <w:p>
            <w:r/>
            <w:r>
              <w:rPr>
                <w:b w:val="0"/>
                <w:i w:val="0"/>
                <w:sz w:val="18"/>
              </w:rPr>
            </w:r>
          </w:p>
        </w:tc>
      </w:tr>
      <w:tr>
        <w:trPr>
          <w:trHeight w:val="454"/>
        </w:trPr>
        <w:tc>
          <w:tcPr>
            <w:tcW w:type="dxa" w:w="3969"/>
            <w:shd w:val="clear" w:color="auto" w:fill="F2F2F2"/>
          </w:tcPr>
          <w:p>
            <w:r/>
            <w:r>
              <w:rPr>
                <w:b/>
                <w:i w:val="0"/>
                <w:sz w:val="18"/>
              </w:rPr>
              <w:t>Tracking or airbill number</w:t>
            </w:r>
          </w:p>
        </w:tc>
        <w:tc>
          <w:tcPr>
            <w:tcW w:type="dxa" w:w="5669"/>
          </w:tcPr>
          <w:p>
            <w:r/>
            <w:r>
              <w:rPr>
                <w:b w:val="0"/>
                <w:i w:val="0"/>
                <w:sz w:val="18"/>
              </w:rPr>
            </w:r>
          </w:p>
        </w:tc>
      </w:tr>
      <w:tr>
        <w:trPr>
          <w:trHeight w:val="454"/>
        </w:trPr>
        <w:tc>
          <w:tcPr>
            <w:tcW w:type="dxa" w:w="3969"/>
            <w:shd w:val="clear" w:color="auto" w:fill="F2F2F2"/>
          </w:tcPr>
          <w:p>
            <w:r/>
            <w:r>
              <w:rPr>
                <w:b/>
                <w:i w:val="0"/>
                <w:sz w:val="18"/>
              </w:rPr>
              <w:t>Transport classification from SDS (SDS revision)</w:t>
            </w:r>
          </w:p>
        </w:tc>
        <w:tc>
          <w:tcPr>
            <w:tcW w:type="dxa" w:w="5669"/>
          </w:tcPr>
          <w:p>
            <w:r/>
            <w:r>
              <w:rPr>
                <w:b w:val="0"/>
                <w:i w:val="0"/>
                <w:sz w:val="18"/>
              </w:rPr>
            </w:r>
          </w:p>
        </w:tc>
      </w:tr>
      <w:tr>
        <w:trPr>
          <w:trHeight w:val="454"/>
        </w:trPr>
        <w:tc>
          <w:tcPr>
            <w:tcW w:type="dxa" w:w="3969"/>
            <w:shd w:val="clear" w:color="auto" w:fill="F2F2F2"/>
          </w:tcPr>
          <w:p>
            <w:r/>
            <w:r>
              <w:rPr>
                <w:b/>
                <w:i w:val="0"/>
                <w:sz w:val="18"/>
              </w:rPr>
              <w:t>Required transport temperature (°C, from to)</w:t>
            </w:r>
          </w:p>
        </w:tc>
        <w:tc>
          <w:tcPr>
            <w:tcW w:type="dxa" w:w="5669"/>
          </w:tcPr>
          <w:p>
            <w:r/>
            <w:r>
              <w:rPr>
                <w:b w:val="0"/>
                <w:i w:val="0"/>
                <w:sz w:val="18"/>
              </w:rPr>
            </w:r>
          </w:p>
        </w:tc>
      </w:tr>
      <w:tr>
        <w:trPr>
          <w:trHeight w:val="454"/>
        </w:trPr>
        <w:tc>
          <w:tcPr>
            <w:tcW w:type="dxa" w:w="3969"/>
            <w:shd w:val="clear" w:color="auto" w:fill="F2F2F2"/>
          </w:tcPr>
          <w:p>
            <w:r/>
            <w:r>
              <w:rPr>
                <w:b/>
                <w:i w:val="0"/>
                <w:sz w:val="18"/>
              </w:rPr>
              <w:t>Temperature control: coolant, logger or temperature blank</w:t>
            </w:r>
          </w:p>
        </w:tc>
        <w:tc>
          <w:tcPr>
            <w:tcW w:type="dxa" w:w="5669"/>
          </w:tcPr>
          <w:p>
            <w:r/>
            <w:r>
              <w:rPr>
                <w:b w:val="0"/>
                <w:i w:val="0"/>
                <w:sz w:val="18"/>
              </w:rPr>
            </w:r>
          </w:p>
        </w:tc>
      </w:tr>
      <w:tr>
        <w:trPr>
          <w:trHeight w:val="454"/>
        </w:trPr>
        <w:tc>
          <w:tcPr>
            <w:tcW w:type="dxa" w:w="3969"/>
            <w:shd w:val="clear" w:color="auto" w:fill="F2F2F2"/>
          </w:tcPr>
          <w:p>
            <w:r/>
            <w:r>
              <w:rPr>
                <w:b/>
                <w:i w:val="0"/>
                <w:sz w:val="18"/>
              </w:rPr>
              <w:t>Dispatched (YYYY-MM-DD hh:mm)</w:t>
            </w:r>
          </w:p>
        </w:tc>
        <w:tc>
          <w:tcPr>
            <w:tcW w:type="dxa" w:w="5669"/>
          </w:tcPr>
          <w:p>
            <w:r/>
            <w:r>
              <w:rPr>
                <w:b w:val="0"/>
                <w:i w:val="0"/>
                <w:sz w:val="18"/>
              </w:rPr>
            </w:r>
          </w:p>
        </w:tc>
      </w:tr>
      <w:tr>
        <w:trPr>
          <w:trHeight w:val="454"/>
        </w:trPr>
        <w:tc>
          <w:tcPr>
            <w:tcW w:type="dxa" w:w="3969"/>
            <w:shd w:val="clear" w:color="auto" w:fill="F2F2F2"/>
          </w:tcPr>
          <w:p>
            <w:r/>
            <w:r>
              <w:rPr>
                <w:b/>
                <w:i w:val="0"/>
                <w:sz w:val="18"/>
              </w:rPr>
              <w:t>Expected arrival (YYYY-MM-DD hh:mm)</w:t>
            </w:r>
          </w:p>
        </w:tc>
        <w:tc>
          <w:tcPr>
            <w:tcW w:type="dxa" w:w="5669"/>
          </w:tcPr>
          <w:p>
            <w:r/>
            <w:r>
              <w:rPr>
                <w:b w:val="0"/>
                <w:i w:val="0"/>
                <w:sz w:val="18"/>
              </w:rPr>
            </w:r>
          </w:p>
        </w:tc>
      </w:tr>
    </w:tbl>
    <w:p>
      <w:pPr>
        <w:spacing w:after="40"/>
      </w:pPr>
    </w:p>
    <w:p>
      <w:pPr>
        <w:spacing w:after="40"/>
        <w:ind w:left="227"/>
      </w:pPr>
      <w:r>
        <w:rPr>
          <w:b w:val="0"/>
          <w:i w:val="0"/>
          <w:sz w:val="18"/>
        </w:rPr>
        <w:t>[ ]  Copy of this record packed inside the package.</w:t>
      </w:r>
    </w:p>
    <w:p>
      <w:pPr>
        <w:spacing w:after="40"/>
        <w:ind w:left="227"/>
      </w:pPr>
      <w:r>
        <w:rPr>
          <w:b w:val="0"/>
          <w:i w:val="0"/>
          <w:sz w:val="18"/>
        </w:rPr>
        <w:t>[ ]  Packaging and labelling meet the transport rules that apply to the route.</w:t>
      </w:r>
    </w:p>
    <w:p>
      <w:pPr>
        <w:spacing w:after="40"/>
        <w:ind w:left="227"/>
      </w:pPr>
      <w:r>
        <w:rPr>
          <w:b w:val="0"/>
          <w:i w:val="0"/>
          <w:sz w:val="18"/>
        </w:rPr>
        <w:t>[ ]  Carrier receipt kept with this record.</w:t>
      </w:r>
    </w:p>
    <w:p>
      <w:pPr>
        <w:pStyle w:val="Heading1"/>
      </w:pPr>
      <w:r>
        <w:rPr>
          <w:color w:val="1F1F1F"/>
        </w:rPr>
        <w:t>5. Handover log</w:t>
      </w:r>
    </w:p>
    <w:p>
      <w:pPr>
        <w:spacing w:after="80"/>
      </w:pPr>
      <w:r>
        <w:rPr>
          <w:b w:val="0"/>
          <w:i w:val="0"/>
          <w:sz w:val="18"/>
        </w:rPr>
        <w:t>One line per change of custody, including collection to site store, dispatch, laboratory receipt and transfer to the analyst. Both parties sign.</w:t>
      </w:r>
    </w:p>
    <w:tbl>
      <w:tblPr>
        <w:tblStyle w:val="TableGrid"/>
        <w:tblW w:type="auto" w:w="0"/>
        <w:jc w:val="center"/>
        <w:tblLook w:firstColumn="1" w:firstRow="1" w:lastColumn="0" w:lastRow="0" w:noHBand="0" w:noVBand="1" w:val="04A0"/>
      </w:tblPr>
      <w:tblGrid>
        <w:gridCol w:w="1377"/>
        <w:gridCol w:w="1377"/>
        <w:gridCol w:w="1377"/>
        <w:gridCol w:w="1377"/>
        <w:gridCol w:w="1377"/>
        <w:gridCol w:w="1377"/>
        <w:gridCol w:w="1377"/>
      </w:tblGrid>
      <w:tr>
        <w:trPr>
          <w:tblHeader w:val="true"/>
        </w:trPr>
        <w:tc>
          <w:tcPr>
            <w:tcW w:type="dxa" w:w="510"/>
            <w:shd w:val="clear" w:color="auto" w:fill="E7E6E6"/>
          </w:tcPr>
          <w:p>
            <w:r/>
            <w:r>
              <w:rPr>
                <w:b/>
                <w:i w:val="0"/>
                <w:sz w:val="16"/>
              </w:rPr>
              <w:t>No.</w:t>
            </w:r>
          </w:p>
        </w:tc>
        <w:tc>
          <w:tcPr>
            <w:tcW w:type="dxa" w:w="1247"/>
            <w:shd w:val="clear" w:color="auto" w:fill="E7E6E6"/>
          </w:tcPr>
          <w:p>
            <w:r/>
            <w:r>
              <w:rPr>
                <w:b/>
                <w:i w:val="0"/>
                <w:sz w:val="16"/>
              </w:rPr>
              <w:t>Sample IDs</w:t>
            </w:r>
          </w:p>
        </w:tc>
        <w:tc>
          <w:tcPr>
            <w:tcW w:type="dxa" w:w="1701"/>
            <w:shd w:val="clear" w:color="auto" w:fill="E7E6E6"/>
          </w:tcPr>
          <w:p>
            <w:r/>
            <w:r>
              <w:rPr>
                <w:b/>
                <w:i w:val="0"/>
                <w:sz w:val="16"/>
              </w:rPr>
              <w:t>From: name, organization, signature</w:t>
            </w:r>
          </w:p>
        </w:tc>
        <w:tc>
          <w:tcPr>
            <w:tcW w:type="dxa" w:w="1701"/>
            <w:shd w:val="clear" w:color="auto" w:fill="E7E6E6"/>
          </w:tcPr>
          <w:p>
            <w:r/>
            <w:r>
              <w:rPr>
                <w:b/>
                <w:i w:val="0"/>
                <w:sz w:val="16"/>
              </w:rPr>
              <w:t>To: name, organization, signature</w:t>
            </w:r>
          </w:p>
        </w:tc>
        <w:tc>
          <w:tcPr>
            <w:tcW w:type="dxa" w:w="1361"/>
            <w:shd w:val="clear" w:color="auto" w:fill="E7E6E6"/>
          </w:tcPr>
          <w:p>
            <w:r/>
            <w:r>
              <w:rPr>
                <w:b/>
                <w:i w:val="0"/>
                <w:sz w:val="16"/>
              </w:rPr>
              <w:t>Date and time (YYYY-MM-DD hh:mm)</w:t>
            </w:r>
          </w:p>
        </w:tc>
        <w:tc>
          <w:tcPr>
            <w:tcW w:type="dxa" w:w="1417"/>
            <w:shd w:val="clear" w:color="auto" w:fill="E7E6E6"/>
          </w:tcPr>
          <w:p>
            <w:r/>
            <w:r>
              <w:rPr>
                <w:b/>
                <w:i w:val="0"/>
                <w:sz w:val="16"/>
              </w:rPr>
              <w:t>Purpose and place</w:t>
            </w:r>
          </w:p>
        </w:tc>
        <w:tc>
          <w:tcPr>
            <w:tcW w:type="dxa" w:w="1701"/>
            <w:shd w:val="clear" w:color="auto" w:fill="E7E6E6"/>
          </w:tcPr>
          <w:p>
            <w:r/>
            <w:r>
              <w:rPr>
                <w:b/>
                <w:i w:val="0"/>
                <w:sz w:val="16"/>
              </w:rPr>
              <w:t>Seal intact, condition, temperature on receipt (°C)</w:t>
            </w:r>
          </w:p>
        </w:tc>
      </w:tr>
      <w:tr>
        <w:trPr>
          <w:trHeight w:val="794"/>
        </w:trPr>
        <w:tc>
          <w:tcPr>
            <w:tcW w:type="dxa" w:w="510"/>
          </w:tcPr>
          <w:p>
            <w:r/>
            <w:r>
              <w:rPr>
                <w:b w:val="0"/>
                <w:i w:val="0"/>
                <w:sz w:val="16"/>
              </w:rPr>
            </w:r>
          </w:p>
        </w:tc>
        <w:tc>
          <w:tcPr>
            <w:tcW w:type="dxa" w:w="1247"/>
          </w:tcPr>
          <w:p>
            <w:r/>
            <w:r>
              <w:rPr>
                <w:b w:val="0"/>
                <w:i w:val="0"/>
                <w:sz w:val="16"/>
              </w:rPr>
            </w:r>
          </w:p>
        </w:tc>
        <w:tc>
          <w:tcPr>
            <w:tcW w:type="dxa" w:w="1701"/>
          </w:tcPr>
          <w:p>
            <w:r/>
            <w:r>
              <w:rPr>
                <w:b w:val="0"/>
                <w:i w:val="0"/>
                <w:sz w:val="16"/>
              </w:rPr>
            </w:r>
          </w:p>
        </w:tc>
        <w:tc>
          <w:tcPr>
            <w:tcW w:type="dxa" w:w="1701"/>
          </w:tcPr>
          <w:p>
            <w:r/>
            <w:r>
              <w:rPr>
                <w:b w:val="0"/>
                <w:i w:val="0"/>
                <w:sz w:val="16"/>
              </w:rPr>
            </w:r>
          </w:p>
        </w:tc>
        <w:tc>
          <w:tcPr>
            <w:tcW w:type="dxa" w:w="1361"/>
          </w:tcPr>
          <w:p>
            <w:r/>
            <w:r>
              <w:rPr>
                <w:b w:val="0"/>
                <w:i w:val="0"/>
                <w:sz w:val="16"/>
              </w:rPr>
            </w:r>
          </w:p>
        </w:tc>
        <w:tc>
          <w:tcPr>
            <w:tcW w:type="dxa" w:w="1417"/>
          </w:tcPr>
          <w:p>
            <w:r/>
            <w:r>
              <w:rPr>
                <w:b w:val="0"/>
                <w:i w:val="0"/>
                <w:sz w:val="16"/>
              </w:rPr>
            </w:r>
          </w:p>
        </w:tc>
        <w:tc>
          <w:tcPr>
            <w:tcW w:type="dxa" w:w="1701"/>
          </w:tcPr>
          <w:p>
            <w:r/>
            <w:r>
              <w:rPr>
                <w:b w:val="0"/>
                <w:i w:val="0"/>
                <w:sz w:val="16"/>
              </w:rPr>
              <w:t>Seal [ ] intact [ ] broken</w:t>
              <w:br/>
              <w:t>Condition:</w:t>
              <w:br/>
              <w:t>Temp (°C):</w:t>
            </w:r>
          </w:p>
        </w:tc>
      </w:tr>
      <w:tr>
        <w:trPr>
          <w:trHeight w:val="794"/>
        </w:trPr>
        <w:tc>
          <w:tcPr>
            <w:tcW w:type="dxa" w:w="510"/>
          </w:tcPr>
          <w:p>
            <w:r/>
            <w:r>
              <w:rPr>
                <w:b w:val="0"/>
                <w:i w:val="0"/>
                <w:sz w:val="16"/>
              </w:rPr>
            </w:r>
          </w:p>
        </w:tc>
        <w:tc>
          <w:tcPr>
            <w:tcW w:type="dxa" w:w="1247"/>
          </w:tcPr>
          <w:p>
            <w:r/>
            <w:r>
              <w:rPr>
                <w:b w:val="0"/>
                <w:i w:val="0"/>
                <w:sz w:val="16"/>
              </w:rPr>
            </w:r>
          </w:p>
        </w:tc>
        <w:tc>
          <w:tcPr>
            <w:tcW w:type="dxa" w:w="1701"/>
          </w:tcPr>
          <w:p>
            <w:r/>
            <w:r>
              <w:rPr>
                <w:b w:val="0"/>
                <w:i w:val="0"/>
                <w:sz w:val="16"/>
              </w:rPr>
            </w:r>
          </w:p>
        </w:tc>
        <w:tc>
          <w:tcPr>
            <w:tcW w:type="dxa" w:w="1701"/>
          </w:tcPr>
          <w:p>
            <w:r/>
            <w:r>
              <w:rPr>
                <w:b w:val="0"/>
                <w:i w:val="0"/>
                <w:sz w:val="16"/>
              </w:rPr>
            </w:r>
          </w:p>
        </w:tc>
        <w:tc>
          <w:tcPr>
            <w:tcW w:type="dxa" w:w="1361"/>
          </w:tcPr>
          <w:p>
            <w:r/>
            <w:r>
              <w:rPr>
                <w:b w:val="0"/>
                <w:i w:val="0"/>
                <w:sz w:val="16"/>
              </w:rPr>
            </w:r>
          </w:p>
        </w:tc>
        <w:tc>
          <w:tcPr>
            <w:tcW w:type="dxa" w:w="1417"/>
          </w:tcPr>
          <w:p>
            <w:r/>
            <w:r>
              <w:rPr>
                <w:b w:val="0"/>
                <w:i w:val="0"/>
                <w:sz w:val="16"/>
              </w:rPr>
            </w:r>
          </w:p>
        </w:tc>
        <w:tc>
          <w:tcPr>
            <w:tcW w:type="dxa" w:w="1701"/>
          </w:tcPr>
          <w:p>
            <w:r/>
            <w:r>
              <w:rPr>
                <w:b w:val="0"/>
                <w:i w:val="0"/>
                <w:sz w:val="16"/>
              </w:rPr>
              <w:t>Seal [ ] intact [ ] broken</w:t>
              <w:br/>
              <w:t>Condition:</w:t>
              <w:br/>
              <w:t>Temp (°C):</w:t>
            </w:r>
          </w:p>
        </w:tc>
      </w:tr>
      <w:tr>
        <w:trPr>
          <w:trHeight w:val="794"/>
        </w:trPr>
        <w:tc>
          <w:tcPr>
            <w:tcW w:type="dxa" w:w="510"/>
          </w:tcPr>
          <w:p>
            <w:r/>
            <w:r>
              <w:rPr>
                <w:b w:val="0"/>
                <w:i w:val="0"/>
                <w:sz w:val="16"/>
              </w:rPr>
            </w:r>
          </w:p>
        </w:tc>
        <w:tc>
          <w:tcPr>
            <w:tcW w:type="dxa" w:w="1247"/>
          </w:tcPr>
          <w:p>
            <w:r/>
            <w:r>
              <w:rPr>
                <w:b w:val="0"/>
                <w:i w:val="0"/>
                <w:sz w:val="16"/>
              </w:rPr>
            </w:r>
          </w:p>
        </w:tc>
        <w:tc>
          <w:tcPr>
            <w:tcW w:type="dxa" w:w="1701"/>
          </w:tcPr>
          <w:p>
            <w:r/>
            <w:r>
              <w:rPr>
                <w:b w:val="0"/>
                <w:i w:val="0"/>
                <w:sz w:val="16"/>
              </w:rPr>
            </w:r>
          </w:p>
        </w:tc>
        <w:tc>
          <w:tcPr>
            <w:tcW w:type="dxa" w:w="1701"/>
          </w:tcPr>
          <w:p>
            <w:r/>
            <w:r>
              <w:rPr>
                <w:b w:val="0"/>
                <w:i w:val="0"/>
                <w:sz w:val="16"/>
              </w:rPr>
            </w:r>
          </w:p>
        </w:tc>
        <w:tc>
          <w:tcPr>
            <w:tcW w:type="dxa" w:w="1361"/>
          </w:tcPr>
          <w:p>
            <w:r/>
            <w:r>
              <w:rPr>
                <w:b w:val="0"/>
                <w:i w:val="0"/>
                <w:sz w:val="16"/>
              </w:rPr>
            </w:r>
          </w:p>
        </w:tc>
        <w:tc>
          <w:tcPr>
            <w:tcW w:type="dxa" w:w="1417"/>
          </w:tcPr>
          <w:p>
            <w:r/>
            <w:r>
              <w:rPr>
                <w:b w:val="0"/>
                <w:i w:val="0"/>
                <w:sz w:val="16"/>
              </w:rPr>
            </w:r>
          </w:p>
        </w:tc>
        <w:tc>
          <w:tcPr>
            <w:tcW w:type="dxa" w:w="1701"/>
          </w:tcPr>
          <w:p>
            <w:r/>
            <w:r>
              <w:rPr>
                <w:b w:val="0"/>
                <w:i w:val="0"/>
                <w:sz w:val="16"/>
              </w:rPr>
              <w:t>Seal [ ] intact [ ] broken</w:t>
              <w:br/>
              <w:t>Condition:</w:t>
              <w:br/>
              <w:t>Temp (°C):</w:t>
            </w:r>
          </w:p>
        </w:tc>
      </w:tr>
      <w:tr>
        <w:trPr>
          <w:trHeight w:val="794"/>
        </w:trPr>
        <w:tc>
          <w:tcPr>
            <w:tcW w:type="dxa" w:w="510"/>
          </w:tcPr>
          <w:p>
            <w:r/>
            <w:r>
              <w:rPr>
                <w:b w:val="0"/>
                <w:i w:val="0"/>
                <w:sz w:val="16"/>
              </w:rPr>
            </w:r>
          </w:p>
        </w:tc>
        <w:tc>
          <w:tcPr>
            <w:tcW w:type="dxa" w:w="1247"/>
          </w:tcPr>
          <w:p>
            <w:r/>
            <w:r>
              <w:rPr>
                <w:b w:val="0"/>
                <w:i w:val="0"/>
                <w:sz w:val="16"/>
              </w:rPr>
            </w:r>
          </w:p>
        </w:tc>
        <w:tc>
          <w:tcPr>
            <w:tcW w:type="dxa" w:w="1701"/>
          </w:tcPr>
          <w:p>
            <w:r/>
            <w:r>
              <w:rPr>
                <w:b w:val="0"/>
                <w:i w:val="0"/>
                <w:sz w:val="16"/>
              </w:rPr>
            </w:r>
          </w:p>
        </w:tc>
        <w:tc>
          <w:tcPr>
            <w:tcW w:type="dxa" w:w="1701"/>
          </w:tcPr>
          <w:p>
            <w:r/>
            <w:r>
              <w:rPr>
                <w:b w:val="0"/>
                <w:i w:val="0"/>
                <w:sz w:val="16"/>
              </w:rPr>
            </w:r>
          </w:p>
        </w:tc>
        <w:tc>
          <w:tcPr>
            <w:tcW w:type="dxa" w:w="1361"/>
          </w:tcPr>
          <w:p>
            <w:r/>
            <w:r>
              <w:rPr>
                <w:b w:val="0"/>
                <w:i w:val="0"/>
                <w:sz w:val="16"/>
              </w:rPr>
            </w:r>
          </w:p>
        </w:tc>
        <w:tc>
          <w:tcPr>
            <w:tcW w:type="dxa" w:w="1417"/>
          </w:tcPr>
          <w:p>
            <w:r/>
            <w:r>
              <w:rPr>
                <w:b w:val="0"/>
                <w:i w:val="0"/>
                <w:sz w:val="16"/>
              </w:rPr>
            </w:r>
          </w:p>
        </w:tc>
        <w:tc>
          <w:tcPr>
            <w:tcW w:type="dxa" w:w="1701"/>
          </w:tcPr>
          <w:p>
            <w:r/>
            <w:r>
              <w:rPr>
                <w:b w:val="0"/>
                <w:i w:val="0"/>
                <w:sz w:val="16"/>
              </w:rPr>
              <w:t>Seal [ ] intact [ ] broken</w:t>
              <w:br/>
              <w:t>Condition:</w:t>
              <w:br/>
              <w:t>Temp (°C):</w:t>
            </w:r>
          </w:p>
        </w:tc>
      </w:tr>
      <w:tr>
        <w:trPr>
          <w:trHeight w:val="794"/>
        </w:trPr>
        <w:tc>
          <w:tcPr>
            <w:tcW w:type="dxa" w:w="510"/>
          </w:tcPr>
          <w:p>
            <w:r/>
            <w:r>
              <w:rPr>
                <w:b w:val="0"/>
                <w:i w:val="0"/>
                <w:sz w:val="16"/>
              </w:rPr>
            </w:r>
          </w:p>
        </w:tc>
        <w:tc>
          <w:tcPr>
            <w:tcW w:type="dxa" w:w="1247"/>
          </w:tcPr>
          <w:p>
            <w:r/>
            <w:r>
              <w:rPr>
                <w:b w:val="0"/>
                <w:i w:val="0"/>
                <w:sz w:val="16"/>
              </w:rPr>
            </w:r>
          </w:p>
        </w:tc>
        <w:tc>
          <w:tcPr>
            <w:tcW w:type="dxa" w:w="1701"/>
          </w:tcPr>
          <w:p>
            <w:r/>
            <w:r>
              <w:rPr>
                <w:b w:val="0"/>
                <w:i w:val="0"/>
                <w:sz w:val="16"/>
              </w:rPr>
            </w:r>
          </w:p>
        </w:tc>
        <w:tc>
          <w:tcPr>
            <w:tcW w:type="dxa" w:w="1701"/>
          </w:tcPr>
          <w:p>
            <w:r/>
            <w:r>
              <w:rPr>
                <w:b w:val="0"/>
                <w:i w:val="0"/>
                <w:sz w:val="16"/>
              </w:rPr>
            </w:r>
          </w:p>
        </w:tc>
        <w:tc>
          <w:tcPr>
            <w:tcW w:type="dxa" w:w="1361"/>
          </w:tcPr>
          <w:p>
            <w:r/>
            <w:r>
              <w:rPr>
                <w:b w:val="0"/>
                <w:i w:val="0"/>
                <w:sz w:val="16"/>
              </w:rPr>
            </w:r>
          </w:p>
        </w:tc>
        <w:tc>
          <w:tcPr>
            <w:tcW w:type="dxa" w:w="1417"/>
          </w:tcPr>
          <w:p>
            <w:r/>
            <w:r>
              <w:rPr>
                <w:b w:val="0"/>
                <w:i w:val="0"/>
                <w:sz w:val="16"/>
              </w:rPr>
            </w:r>
          </w:p>
        </w:tc>
        <w:tc>
          <w:tcPr>
            <w:tcW w:type="dxa" w:w="1701"/>
          </w:tcPr>
          <w:p>
            <w:r/>
            <w:r>
              <w:rPr>
                <w:b w:val="0"/>
                <w:i w:val="0"/>
                <w:sz w:val="16"/>
              </w:rPr>
              <w:t>Seal [ ] intact [ ] broken</w:t>
              <w:br/>
              <w:t>Condition:</w:t>
              <w:br/>
              <w:t>Temp (°C):</w:t>
            </w:r>
          </w:p>
        </w:tc>
      </w:tr>
      <w:tr>
        <w:trPr>
          <w:trHeight w:val="794"/>
        </w:trPr>
        <w:tc>
          <w:tcPr>
            <w:tcW w:type="dxa" w:w="510"/>
          </w:tcPr>
          <w:p>
            <w:r/>
            <w:r>
              <w:rPr>
                <w:b w:val="0"/>
                <w:i w:val="0"/>
                <w:sz w:val="16"/>
              </w:rPr>
            </w:r>
          </w:p>
        </w:tc>
        <w:tc>
          <w:tcPr>
            <w:tcW w:type="dxa" w:w="1247"/>
          </w:tcPr>
          <w:p>
            <w:r/>
            <w:r>
              <w:rPr>
                <w:b w:val="0"/>
                <w:i w:val="0"/>
                <w:sz w:val="16"/>
              </w:rPr>
            </w:r>
          </w:p>
        </w:tc>
        <w:tc>
          <w:tcPr>
            <w:tcW w:type="dxa" w:w="1701"/>
          </w:tcPr>
          <w:p>
            <w:r/>
            <w:r>
              <w:rPr>
                <w:b w:val="0"/>
                <w:i w:val="0"/>
                <w:sz w:val="16"/>
              </w:rPr>
            </w:r>
          </w:p>
        </w:tc>
        <w:tc>
          <w:tcPr>
            <w:tcW w:type="dxa" w:w="1701"/>
          </w:tcPr>
          <w:p>
            <w:r/>
            <w:r>
              <w:rPr>
                <w:b w:val="0"/>
                <w:i w:val="0"/>
                <w:sz w:val="16"/>
              </w:rPr>
            </w:r>
          </w:p>
        </w:tc>
        <w:tc>
          <w:tcPr>
            <w:tcW w:type="dxa" w:w="1361"/>
          </w:tcPr>
          <w:p>
            <w:r/>
            <w:r>
              <w:rPr>
                <w:b w:val="0"/>
                <w:i w:val="0"/>
                <w:sz w:val="16"/>
              </w:rPr>
            </w:r>
          </w:p>
        </w:tc>
        <w:tc>
          <w:tcPr>
            <w:tcW w:type="dxa" w:w="1417"/>
          </w:tcPr>
          <w:p>
            <w:r/>
            <w:r>
              <w:rPr>
                <w:b w:val="0"/>
                <w:i w:val="0"/>
                <w:sz w:val="16"/>
              </w:rPr>
            </w:r>
          </w:p>
        </w:tc>
        <w:tc>
          <w:tcPr>
            <w:tcW w:type="dxa" w:w="1701"/>
          </w:tcPr>
          <w:p>
            <w:r/>
            <w:r>
              <w:rPr>
                <w:b w:val="0"/>
                <w:i w:val="0"/>
                <w:sz w:val="16"/>
              </w:rPr>
              <w:t>Seal [ ] intact [ ] broken</w:t>
              <w:br/>
              <w:t>Condition:</w:t>
              <w:br/>
              <w:t>Temp (°C):</w:t>
            </w:r>
          </w:p>
        </w:tc>
      </w:tr>
      <w:tr>
        <w:trPr>
          <w:trHeight w:val="794"/>
        </w:trPr>
        <w:tc>
          <w:tcPr>
            <w:tcW w:type="dxa" w:w="510"/>
          </w:tcPr>
          <w:p>
            <w:r/>
            <w:r>
              <w:rPr>
                <w:b w:val="0"/>
                <w:i w:val="0"/>
                <w:sz w:val="16"/>
              </w:rPr>
            </w:r>
          </w:p>
        </w:tc>
        <w:tc>
          <w:tcPr>
            <w:tcW w:type="dxa" w:w="1247"/>
          </w:tcPr>
          <w:p>
            <w:r/>
            <w:r>
              <w:rPr>
                <w:b w:val="0"/>
                <w:i w:val="0"/>
                <w:sz w:val="16"/>
              </w:rPr>
            </w:r>
          </w:p>
        </w:tc>
        <w:tc>
          <w:tcPr>
            <w:tcW w:type="dxa" w:w="1701"/>
          </w:tcPr>
          <w:p>
            <w:r/>
            <w:r>
              <w:rPr>
                <w:b w:val="0"/>
                <w:i w:val="0"/>
                <w:sz w:val="16"/>
              </w:rPr>
            </w:r>
          </w:p>
        </w:tc>
        <w:tc>
          <w:tcPr>
            <w:tcW w:type="dxa" w:w="1701"/>
          </w:tcPr>
          <w:p>
            <w:r/>
            <w:r>
              <w:rPr>
                <w:b w:val="0"/>
                <w:i w:val="0"/>
                <w:sz w:val="16"/>
              </w:rPr>
            </w:r>
          </w:p>
        </w:tc>
        <w:tc>
          <w:tcPr>
            <w:tcW w:type="dxa" w:w="1361"/>
          </w:tcPr>
          <w:p>
            <w:r/>
            <w:r>
              <w:rPr>
                <w:b w:val="0"/>
                <w:i w:val="0"/>
                <w:sz w:val="16"/>
              </w:rPr>
            </w:r>
          </w:p>
        </w:tc>
        <w:tc>
          <w:tcPr>
            <w:tcW w:type="dxa" w:w="1417"/>
          </w:tcPr>
          <w:p>
            <w:r/>
            <w:r>
              <w:rPr>
                <w:b w:val="0"/>
                <w:i w:val="0"/>
                <w:sz w:val="16"/>
              </w:rPr>
            </w:r>
          </w:p>
        </w:tc>
        <w:tc>
          <w:tcPr>
            <w:tcW w:type="dxa" w:w="1701"/>
          </w:tcPr>
          <w:p>
            <w:r/>
            <w:r>
              <w:rPr>
                <w:b w:val="0"/>
                <w:i w:val="0"/>
                <w:sz w:val="16"/>
              </w:rPr>
              <w:t>Seal [ ] intact [ ] broken</w:t>
              <w:br/>
              <w:t>Condition:</w:t>
              <w:br/>
              <w:t>Temp (°C):</w:t>
            </w:r>
          </w:p>
        </w:tc>
      </w:tr>
      <w:tr>
        <w:trPr>
          <w:trHeight w:val="794"/>
        </w:trPr>
        <w:tc>
          <w:tcPr>
            <w:tcW w:type="dxa" w:w="510"/>
          </w:tcPr>
          <w:p>
            <w:r/>
            <w:r>
              <w:rPr>
                <w:b w:val="0"/>
                <w:i w:val="0"/>
                <w:sz w:val="16"/>
              </w:rPr>
            </w:r>
          </w:p>
        </w:tc>
        <w:tc>
          <w:tcPr>
            <w:tcW w:type="dxa" w:w="1247"/>
          </w:tcPr>
          <w:p>
            <w:r/>
            <w:r>
              <w:rPr>
                <w:b w:val="0"/>
                <w:i w:val="0"/>
                <w:sz w:val="16"/>
              </w:rPr>
            </w:r>
          </w:p>
        </w:tc>
        <w:tc>
          <w:tcPr>
            <w:tcW w:type="dxa" w:w="1701"/>
          </w:tcPr>
          <w:p>
            <w:r/>
            <w:r>
              <w:rPr>
                <w:b w:val="0"/>
                <w:i w:val="0"/>
                <w:sz w:val="16"/>
              </w:rPr>
            </w:r>
          </w:p>
        </w:tc>
        <w:tc>
          <w:tcPr>
            <w:tcW w:type="dxa" w:w="1701"/>
          </w:tcPr>
          <w:p>
            <w:r/>
            <w:r>
              <w:rPr>
                <w:b w:val="0"/>
                <w:i w:val="0"/>
                <w:sz w:val="16"/>
              </w:rPr>
            </w:r>
          </w:p>
        </w:tc>
        <w:tc>
          <w:tcPr>
            <w:tcW w:type="dxa" w:w="1361"/>
          </w:tcPr>
          <w:p>
            <w:r/>
            <w:r>
              <w:rPr>
                <w:b w:val="0"/>
                <w:i w:val="0"/>
                <w:sz w:val="16"/>
              </w:rPr>
            </w:r>
          </w:p>
        </w:tc>
        <w:tc>
          <w:tcPr>
            <w:tcW w:type="dxa" w:w="1417"/>
          </w:tcPr>
          <w:p>
            <w:r/>
            <w:r>
              <w:rPr>
                <w:b w:val="0"/>
                <w:i w:val="0"/>
                <w:sz w:val="16"/>
              </w:rPr>
            </w:r>
          </w:p>
        </w:tc>
        <w:tc>
          <w:tcPr>
            <w:tcW w:type="dxa" w:w="1701"/>
          </w:tcPr>
          <w:p>
            <w:r/>
            <w:r>
              <w:rPr>
                <w:b w:val="0"/>
                <w:i w:val="0"/>
                <w:sz w:val="16"/>
              </w:rPr>
              <w:t>Seal [ ] intact [ ] broken</w:t>
              <w:br/>
              <w:t>Condition:</w:t>
              <w:br/>
              <w:t>Temp (°C):</w:t>
            </w:r>
          </w:p>
        </w:tc>
      </w:tr>
    </w:tbl>
    <w:p>
      <w:pPr>
        <w:spacing w:after="40"/>
      </w:pPr>
    </w:p>
    <w:p>
      <w:pPr>
        <w:pStyle w:val="Heading1"/>
      </w:pPr>
      <w:r>
        <w:rPr>
          <w:color w:val="1F1F1F"/>
        </w:rPr>
        <w:t>6. Deviations</w:t>
      </w:r>
    </w:p>
    <w:p>
      <w:pPr>
        <w:spacing w:after="80"/>
      </w:pPr>
      <w:r>
        <w:rPr>
          <w:b w:val="0"/>
          <w:i w:val="0"/>
          <w:sz w:val="18"/>
        </w:rPr>
        <w:t>Record each departure from the trial plan the same day. Effect on reading, per test: readable, readable with note, or not readable.</w:t>
      </w:r>
    </w:p>
    <w:tbl>
      <w:tblPr>
        <w:tblStyle w:val="TableGrid"/>
        <w:tblW w:type="auto" w:w="0"/>
        <w:jc w:val="center"/>
        <w:tblLook w:firstColumn="1" w:firstRow="1" w:lastColumn="0" w:lastRow="0" w:noHBand="0" w:noVBand="1" w:val="04A0"/>
      </w:tblPr>
      <w:tblGrid>
        <w:gridCol w:w="1606"/>
        <w:gridCol w:w="1606"/>
        <w:gridCol w:w="1606"/>
        <w:gridCol w:w="1606"/>
        <w:gridCol w:w="1606"/>
        <w:gridCol w:w="1606"/>
      </w:tblGrid>
      <w:tr>
        <w:trPr>
          <w:tblHeader w:val="true"/>
        </w:trPr>
        <w:tc>
          <w:tcPr>
            <w:tcW w:type="dxa" w:w="567"/>
            <w:shd w:val="clear" w:color="auto" w:fill="E7E6E6"/>
          </w:tcPr>
          <w:p>
            <w:r/>
            <w:r>
              <w:rPr>
                <w:b/>
                <w:i w:val="0"/>
                <w:sz w:val="16"/>
              </w:rPr>
              <w:t>No.</w:t>
            </w:r>
          </w:p>
        </w:tc>
        <w:tc>
          <w:tcPr>
            <w:tcW w:type="dxa" w:w="1361"/>
            <w:shd w:val="clear" w:color="auto" w:fill="E7E6E6"/>
          </w:tcPr>
          <w:p>
            <w:r/>
            <w:r>
              <w:rPr>
                <w:b/>
                <w:i w:val="0"/>
                <w:sz w:val="16"/>
              </w:rPr>
              <w:t>Sample IDs</w:t>
            </w:r>
          </w:p>
        </w:tc>
        <w:tc>
          <w:tcPr>
            <w:tcW w:type="dxa" w:w="2494"/>
            <w:shd w:val="clear" w:color="auto" w:fill="E7E6E6"/>
          </w:tcPr>
          <w:p>
            <w:r/>
            <w:r>
              <w:rPr>
                <w:b/>
                <w:i w:val="0"/>
                <w:sz w:val="16"/>
              </w:rPr>
              <w:t>What happened</w:t>
            </w:r>
          </w:p>
        </w:tc>
        <w:tc>
          <w:tcPr>
            <w:tcW w:type="dxa" w:w="1928"/>
            <w:shd w:val="clear" w:color="auto" w:fill="E7E6E6"/>
          </w:tcPr>
          <w:p>
            <w:r/>
            <w:r>
              <w:rPr>
                <w:b/>
                <w:i w:val="0"/>
                <w:sz w:val="16"/>
              </w:rPr>
              <w:t>Effect on reading, per test</w:t>
            </w:r>
          </w:p>
        </w:tc>
        <w:tc>
          <w:tcPr>
            <w:tcW w:type="dxa" w:w="1701"/>
            <w:shd w:val="clear" w:color="auto" w:fill="E7E6E6"/>
          </w:tcPr>
          <w:p>
            <w:r/>
            <w:r>
              <w:rPr>
                <w:b/>
                <w:i w:val="0"/>
                <w:sz w:val="16"/>
              </w:rPr>
              <w:t>Decision</w:t>
            </w:r>
          </w:p>
        </w:tc>
        <w:tc>
          <w:tcPr>
            <w:tcW w:type="dxa" w:w="1587"/>
            <w:shd w:val="clear" w:color="auto" w:fill="E7E6E6"/>
          </w:tcPr>
          <w:p>
            <w:r/>
            <w:r>
              <w:rPr>
                <w:b/>
                <w:i w:val="0"/>
                <w:sz w:val="16"/>
              </w:rPr>
              <w:t>Decided by, date</w:t>
            </w:r>
          </w:p>
        </w:tc>
      </w:tr>
      <w:tr>
        <w:trPr>
          <w:trHeight w:val="794"/>
        </w:trPr>
        <w:tc>
          <w:tcPr>
            <w:tcW w:type="dxa" w:w="567"/>
          </w:tcPr>
          <w:p>
            <w:r/>
            <w:r>
              <w:rPr>
                <w:b w:val="0"/>
                <w:i w:val="0"/>
                <w:sz w:val="16"/>
              </w:rPr>
            </w:r>
          </w:p>
        </w:tc>
        <w:tc>
          <w:tcPr>
            <w:tcW w:type="dxa" w:w="1361"/>
          </w:tcPr>
          <w:p>
            <w:r/>
            <w:r>
              <w:rPr>
                <w:b w:val="0"/>
                <w:i w:val="0"/>
                <w:sz w:val="16"/>
              </w:rPr>
            </w:r>
          </w:p>
        </w:tc>
        <w:tc>
          <w:tcPr>
            <w:tcW w:type="dxa" w:w="2494"/>
          </w:tcPr>
          <w:p>
            <w:r/>
            <w:r>
              <w:rPr>
                <w:b w:val="0"/>
                <w:i w:val="0"/>
                <w:sz w:val="16"/>
              </w:rPr>
            </w:r>
          </w:p>
        </w:tc>
        <w:tc>
          <w:tcPr>
            <w:tcW w:type="dxa" w:w="1928"/>
          </w:tcPr>
          <w:p>
            <w:r/>
            <w:r>
              <w:rPr>
                <w:b w:val="0"/>
                <w:i w:val="0"/>
                <w:sz w:val="16"/>
              </w:rPr>
            </w:r>
          </w:p>
        </w:tc>
        <w:tc>
          <w:tcPr>
            <w:tcW w:type="dxa" w:w="1701"/>
          </w:tcPr>
          <w:p>
            <w:r/>
            <w:r>
              <w:rPr>
                <w:b w:val="0"/>
                <w:i w:val="0"/>
                <w:sz w:val="16"/>
              </w:rPr>
            </w:r>
          </w:p>
        </w:tc>
        <w:tc>
          <w:tcPr>
            <w:tcW w:type="dxa" w:w="1587"/>
          </w:tcPr>
          <w:p>
            <w:r/>
            <w:r>
              <w:rPr>
                <w:b w:val="0"/>
                <w:i w:val="0"/>
                <w:sz w:val="16"/>
              </w:rPr>
            </w:r>
          </w:p>
        </w:tc>
      </w:tr>
      <w:tr>
        <w:trPr>
          <w:trHeight w:val="794"/>
        </w:trPr>
        <w:tc>
          <w:tcPr>
            <w:tcW w:type="dxa" w:w="567"/>
          </w:tcPr>
          <w:p>
            <w:r/>
            <w:r>
              <w:rPr>
                <w:b w:val="0"/>
                <w:i w:val="0"/>
                <w:sz w:val="16"/>
              </w:rPr>
            </w:r>
          </w:p>
        </w:tc>
        <w:tc>
          <w:tcPr>
            <w:tcW w:type="dxa" w:w="1361"/>
          </w:tcPr>
          <w:p>
            <w:r/>
            <w:r>
              <w:rPr>
                <w:b w:val="0"/>
                <w:i w:val="0"/>
                <w:sz w:val="16"/>
              </w:rPr>
            </w:r>
          </w:p>
        </w:tc>
        <w:tc>
          <w:tcPr>
            <w:tcW w:type="dxa" w:w="2494"/>
          </w:tcPr>
          <w:p>
            <w:r/>
            <w:r>
              <w:rPr>
                <w:b w:val="0"/>
                <w:i w:val="0"/>
                <w:sz w:val="16"/>
              </w:rPr>
            </w:r>
          </w:p>
        </w:tc>
        <w:tc>
          <w:tcPr>
            <w:tcW w:type="dxa" w:w="1928"/>
          </w:tcPr>
          <w:p>
            <w:r/>
            <w:r>
              <w:rPr>
                <w:b w:val="0"/>
                <w:i w:val="0"/>
                <w:sz w:val="16"/>
              </w:rPr>
            </w:r>
          </w:p>
        </w:tc>
        <w:tc>
          <w:tcPr>
            <w:tcW w:type="dxa" w:w="1701"/>
          </w:tcPr>
          <w:p>
            <w:r/>
            <w:r>
              <w:rPr>
                <w:b w:val="0"/>
                <w:i w:val="0"/>
                <w:sz w:val="16"/>
              </w:rPr>
            </w:r>
          </w:p>
        </w:tc>
        <w:tc>
          <w:tcPr>
            <w:tcW w:type="dxa" w:w="1587"/>
          </w:tcPr>
          <w:p>
            <w:r/>
            <w:r>
              <w:rPr>
                <w:b w:val="0"/>
                <w:i w:val="0"/>
                <w:sz w:val="16"/>
              </w:rPr>
            </w:r>
          </w:p>
        </w:tc>
      </w:tr>
      <w:tr>
        <w:trPr>
          <w:trHeight w:val="794"/>
        </w:trPr>
        <w:tc>
          <w:tcPr>
            <w:tcW w:type="dxa" w:w="567"/>
          </w:tcPr>
          <w:p>
            <w:r/>
            <w:r>
              <w:rPr>
                <w:b w:val="0"/>
                <w:i w:val="0"/>
                <w:sz w:val="16"/>
              </w:rPr>
            </w:r>
          </w:p>
        </w:tc>
        <w:tc>
          <w:tcPr>
            <w:tcW w:type="dxa" w:w="1361"/>
          </w:tcPr>
          <w:p>
            <w:r/>
            <w:r>
              <w:rPr>
                <w:b w:val="0"/>
                <w:i w:val="0"/>
                <w:sz w:val="16"/>
              </w:rPr>
            </w:r>
          </w:p>
        </w:tc>
        <w:tc>
          <w:tcPr>
            <w:tcW w:type="dxa" w:w="2494"/>
          </w:tcPr>
          <w:p>
            <w:r/>
            <w:r>
              <w:rPr>
                <w:b w:val="0"/>
                <w:i w:val="0"/>
                <w:sz w:val="16"/>
              </w:rPr>
            </w:r>
          </w:p>
        </w:tc>
        <w:tc>
          <w:tcPr>
            <w:tcW w:type="dxa" w:w="1928"/>
          </w:tcPr>
          <w:p>
            <w:r/>
            <w:r>
              <w:rPr>
                <w:b w:val="0"/>
                <w:i w:val="0"/>
                <w:sz w:val="16"/>
              </w:rPr>
            </w:r>
          </w:p>
        </w:tc>
        <w:tc>
          <w:tcPr>
            <w:tcW w:type="dxa" w:w="1701"/>
          </w:tcPr>
          <w:p>
            <w:r/>
            <w:r>
              <w:rPr>
                <w:b w:val="0"/>
                <w:i w:val="0"/>
                <w:sz w:val="16"/>
              </w:rPr>
            </w:r>
          </w:p>
        </w:tc>
        <w:tc>
          <w:tcPr>
            <w:tcW w:type="dxa" w:w="1587"/>
          </w:tcPr>
          <w:p>
            <w:r/>
            <w:r>
              <w:rPr>
                <w:b w:val="0"/>
                <w:i w:val="0"/>
                <w:sz w:val="16"/>
              </w:rPr>
            </w:r>
          </w:p>
        </w:tc>
      </w:tr>
      <w:tr>
        <w:trPr>
          <w:trHeight w:val="794"/>
        </w:trPr>
        <w:tc>
          <w:tcPr>
            <w:tcW w:type="dxa" w:w="567"/>
          </w:tcPr>
          <w:p>
            <w:r/>
            <w:r>
              <w:rPr>
                <w:b w:val="0"/>
                <w:i w:val="0"/>
                <w:sz w:val="16"/>
              </w:rPr>
            </w:r>
          </w:p>
        </w:tc>
        <w:tc>
          <w:tcPr>
            <w:tcW w:type="dxa" w:w="1361"/>
          </w:tcPr>
          <w:p>
            <w:r/>
            <w:r>
              <w:rPr>
                <w:b w:val="0"/>
                <w:i w:val="0"/>
                <w:sz w:val="16"/>
              </w:rPr>
            </w:r>
          </w:p>
        </w:tc>
        <w:tc>
          <w:tcPr>
            <w:tcW w:type="dxa" w:w="2494"/>
          </w:tcPr>
          <w:p>
            <w:r/>
            <w:r>
              <w:rPr>
                <w:b w:val="0"/>
                <w:i w:val="0"/>
                <w:sz w:val="16"/>
              </w:rPr>
            </w:r>
          </w:p>
        </w:tc>
        <w:tc>
          <w:tcPr>
            <w:tcW w:type="dxa" w:w="1928"/>
          </w:tcPr>
          <w:p>
            <w:r/>
            <w:r>
              <w:rPr>
                <w:b w:val="0"/>
                <w:i w:val="0"/>
                <w:sz w:val="16"/>
              </w:rPr>
            </w:r>
          </w:p>
        </w:tc>
        <w:tc>
          <w:tcPr>
            <w:tcW w:type="dxa" w:w="1701"/>
          </w:tcPr>
          <w:p>
            <w:r/>
            <w:r>
              <w:rPr>
                <w:b w:val="0"/>
                <w:i w:val="0"/>
                <w:sz w:val="16"/>
              </w:rPr>
            </w:r>
          </w:p>
        </w:tc>
        <w:tc>
          <w:tcPr>
            <w:tcW w:type="dxa" w:w="1587"/>
          </w:tcPr>
          <w:p>
            <w:r/>
            <w:r>
              <w:rPr>
                <w:b w:val="0"/>
                <w:i w:val="0"/>
                <w:sz w:val="16"/>
              </w:rPr>
            </w:r>
          </w:p>
        </w:tc>
      </w:tr>
      <w:tr>
        <w:trPr>
          <w:trHeight w:val="794"/>
        </w:trPr>
        <w:tc>
          <w:tcPr>
            <w:tcW w:type="dxa" w:w="567"/>
          </w:tcPr>
          <w:p>
            <w:r/>
            <w:r>
              <w:rPr>
                <w:b w:val="0"/>
                <w:i w:val="0"/>
                <w:sz w:val="16"/>
              </w:rPr>
            </w:r>
          </w:p>
        </w:tc>
        <w:tc>
          <w:tcPr>
            <w:tcW w:type="dxa" w:w="1361"/>
          </w:tcPr>
          <w:p>
            <w:r/>
            <w:r>
              <w:rPr>
                <w:b w:val="0"/>
                <w:i w:val="0"/>
                <w:sz w:val="16"/>
              </w:rPr>
            </w:r>
          </w:p>
        </w:tc>
        <w:tc>
          <w:tcPr>
            <w:tcW w:type="dxa" w:w="2494"/>
          </w:tcPr>
          <w:p>
            <w:r/>
            <w:r>
              <w:rPr>
                <w:b w:val="0"/>
                <w:i w:val="0"/>
                <w:sz w:val="16"/>
              </w:rPr>
            </w:r>
          </w:p>
        </w:tc>
        <w:tc>
          <w:tcPr>
            <w:tcW w:type="dxa" w:w="1928"/>
          </w:tcPr>
          <w:p>
            <w:r/>
            <w:r>
              <w:rPr>
                <w:b w:val="0"/>
                <w:i w:val="0"/>
                <w:sz w:val="16"/>
              </w:rPr>
            </w:r>
          </w:p>
        </w:tc>
        <w:tc>
          <w:tcPr>
            <w:tcW w:type="dxa" w:w="1701"/>
          </w:tcPr>
          <w:p>
            <w:r/>
            <w:r>
              <w:rPr>
                <w:b w:val="0"/>
                <w:i w:val="0"/>
                <w:sz w:val="16"/>
              </w:rPr>
            </w:r>
          </w:p>
        </w:tc>
        <w:tc>
          <w:tcPr>
            <w:tcW w:type="dxa" w:w="1587"/>
          </w:tcPr>
          <w:p>
            <w:r/>
            <w:r>
              <w:rPr>
                <w:b w:val="0"/>
                <w:i w:val="0"/>
                <w:sz w:val="16"/>
              </w:rPr>
            </w:r>
          </w:p>
        </w:tc>
      </w:tr>
    </w:tbl>
    <w:p>
      <w:pPr>
        <w:spacing w:after="40"/>
      </w:pPr>
    </w:p>
    <w:p>
      <w:pPr>
        <w:pStyle w:val="Heading1"/>
      </w:pPr>
      <w:r>
        <w:rPr>
          <w:color w:val="1F1F1F"/>
        </w:rPr>
        <w:t>Record closed</w:t>
      </w:r>
    </w:p>
    <w:tbl>
      <w:tblPr>
        <w:tblStyle w:val="TableGrid"/>
        <w:tblW w:type="auto" w:w="0"/>
        <w:tblLook w:firstColumn="1" w:firstRow="1" w:lastColumn="0" w:lastRow="0" w:noHBand="0" w:noVBand="1" w:val="04A0"/>
      </w:tblPr>
      <w:tblGrid>
        <w:gridCol w:w="4819"/>
        <w:gridCol w:w="4819"/>
      </w:tblGrid>
      <w:tr>
        <w:trPr>
          <w:trHeight w:val="454"/>
        </w:trPr>
        <w:tc>
          <w:tcPr>
            <w:tcW w:type="dxa" w:w="3969"/>
            <w:shd w:val="clear" w:color="auto" w:fill="F2F2F2"/>
          </w:tcPr>
          <w:p>
            <w:r/>
            <w:r>
              <w:rPr>
                <w:b/>
                <w:i w:val="0"/>
                <w:sz w:val="18"/>
              </w:rPr>
              <w:t>Last sample received by laboratory (YYYY-MM-DD)</w:t>
            </w:r>
          </w:p>
        </w:tc>
        <w:tc>
          <w:tcPr>
            <w:tcW w:type="dxa" w:w="5669"/>
          </w:tcPr>
          <w:p>
            <w:r/>
            <w:r>
              <w:rPr>
                <w:b w:val="0"/>
                <w:i w:val="0"/>
                <w:sz w:val="18"/>
              </w:rPr>
            </w:r>
          </w:p>
        </w:tc>
      </w:tr>
      <w:tr>
        <w:trPr>
          <w:trHeight w:val="454"/>
        </w:trPr>
        <w:tc>
          <w:tcPr>
            <w:tcW w:type="dxa" w:w="3969"/>
            <w:shd w:val="clear" w:color="auto" w:fill="F2F2F2"/>
          </w:tcPr>
          <w:p>
            <w:r/>
            <w:r>
              <w:rPr>
                <w:b/>
                <w:i w:val="0"/>
                <w:sz w:val="18"/>
              </w:rPr>
              <w:t>Retained splits released or discarded (YYYY-MM-DD)</w:t>
            </w:r>
          </w:p>
        </w:tc>
        <w:tc>
          <w:tcPr>
            <w:tcW w:type="dxa" w:w="5669"/>
          </w:tcPr>
          <w:p>
            <w:r/>
            <w:r>
              <w:rPr>
                <w:b w:val="0"/>
                <w:i w:val="0"/>
                <w:sz w:val="18"/>
              </w:rPr>
            </w:r>
          </w:p>
        </w:tc>
      </w:tr>
      <w:tr>
        <w:trPr>
          <w:trHeight w:val="454"/>
        </w:trPr>
        <w:tc>
          <w:tcPr>
            <w:tcW w:type="dxa" w:w="3969"/>
            <w:shd w:val="clear" w:color="auto" w:fill="F2F2F2"/>
          </w:tcPr>
          <w:p>
            <w:r/>
            <w:r>
              <w:rPr>
                <w:b/>
                <w:i w:val="0"/>
                <w:sz w:val="18"/>
              </w:rPr>
              <w:t>Closed by: name, signature, date</w:t>
            </w:r>
          </w:p>
        </w:tc>
        <w:tc>
          <w:tcPr>
            <w:tcW w:type="dxa" w:w="5669"/>
          </w:tcPr>
          <w:p>
            <w:r/>
            <w:r>
              <w:rPr>
                <w:b w:val="0"/>
                <w:i w:val="0"/>
                <w:sz w:val="18"/>
              </w:rPr>
            </w:r>
          </w:p>
        </w:tc>
      </w:tr>
    </w:tbl>
    <w:p>
      <w:pPr>
        <w:spacing w:after="40"/>
      </w:pPr>
    </w:p>
    <w:p>
      <w:r>
        <w:br w:type="page"/>
      </w:r>
    </w:p>
    <w:p>
      <w:pPr>
        <w:pStyle w:val="Heading1"/>
      </w:pPr>
      <w:r>
        <w:rPr>
          <w:color w:val="1F1F1F"/>
        </w:rPr>
        <w:t>Illustrative example (invented values, not a real trial)</w:t>
      </w:r>
    </w:p>
    <w:p>
      <w:pPr>
        <w:spacing w:after="80"/>
      </w:pPr>
      <w:r>
        <w:rPr>
          <w:b w:val="0"/>
          <w:i/>
          <w:sz w:val="18"/>
        </w:rPr>
        <w:t>This filled excerpt shows how one temperature excursion on arrival is carried from the handover log into section 6. Every name, ID, time and temperature here is illustrative, and the 2 to 8 °C transport range is an example a trial plan might set, not a sourced limit.</w:t>
      </w:r>
    </w:p>
    <w:tbl>
      <w:tblPr>
        <w:tblStyle w:val="TableGrid"/>
        <w:tblW w:type="auto" w:w="0"/>
        <w:tblLook w:firstColumn="1" w:firstRow="1" w:lastColumn="0" w:lastRow="0" w:noHBand="0" w:noVBand="1" w:val="04A0"/>
      </w:tblPr>
      <w:tblGrid>
        <w:gridCol w:w="4819"/>
        <w:gridCol w:w="4819"/>
      </w:tblGrid>
      <w:tr>
        <w:trPr>
          <w:trHeight w:val="454"/>
        </w:trPr>
        <w:tc>
          <w:tcPr>
            <w:tcW w:type="dxa" w:w="3969"/>
            <w:shd w:val="clear" w:color="auto" w:fill="F2F2F2"/>
          </w:tcPr>
          <w:p>
            <w:r/>
            <w:r>
              <w:rPr>
                <w:b/>
                <w:i w:val="0"/>
                <w:sz w:val="18"/>
              </w:rPr>
              <w:t>Trial plan reference and revision</w:t>
            </w:r>
          </w:p>
        </w:tc>
        <w:tc>
          <w:tcPr>
            <w:tcW w:type="dxa" w:w="5669"/>
          </w:tcPr>
          <w:p>
            <w:r/>
            <w:r>
              <w:rPr>
                <w:b w:val="0"/>
                <w:i w:val="0"/>
                <w:sz w:val="18"/>
              </w:rPr>
              <w:t>TP-2026-014 rev 2</w:t>
            </w:r>
          </w:p>
        </w:tc>
      </w:tr>
      <w:tr>
        <w:trPr>
          <w:trHeight w:val="454"/>
        </w:trPr>
        <w:tc>
          <w:tcPr>
            <w:tcW w:type="dxa" w:w="3969"/>
            <w:shd w:val="clear" w:color="auto" w:fill="F2F2F2"/>
          </w:tcPr>
          <w:p>
            <w:r/>
            <w:r>
              <w:rPr>
                <w:b/>
                <w:i w:val="0"/>
                <w:sz w:val="18"/>
              </w:rPr>
              <w:t>Customer site, line and use</w:t>
            </w:r>
          </w:p>
        </w:tc>
        <w:tc>
          <w:tcPr>
            <w:tcW w:type="dxa" w:w="5669"/>
          </w:tcPr>
          <w:p>
            <w:r/>
            <w:r>
              <w:rPr>
                <w:b w:val="0"/>
                <w:i w:val="0"/>
                <w:sz w:val="18"/>
              </w:rPr>
              <w:t>Plant B, cold rolling stand 3, emulsion coolant</w:t>
            </w:r>
          </w:p>
        </w:tc>
      </w:tr>
      <w:tr>
        <w:trPr>
          <w:trHeight w:val="454"/>
        </w:trPr>
        <w:tc>
          <w:tcPr>
            <w:tcW w:type="dxa" w:w="3969"/>
            <w:shd w:val="clear" w:color="auto" w:fill="F2F2F2"/>
          </w:tcPr>
          <w:p>
            <w:r/>
            <w:r>
              <w:rPr>
                <w:b/>
                <w:i w:val="0"/>
                <w:sz w:val="18"/>
              </w:rPr>
              <w:t>Product under trial / control</w:t>
            </w:r>
          </w:p>
        </w:tc>
        <w:tc>
          <w:tcPr>
            <w:tcW w:type="dxa" w:w="5669"/>
          </w:tcPr>
          <w:p>
            <w:r/>
            <w:r>
              <w:rPr>
                <w:b w:val="0"/>
                <w:i w:val="0"/>
                <w:sz w:val="18"/>
              </w:rPr>
              <w:t>Trial coolant lot 26-0917 / current coolant lot 26-0802</w:t>
            </w:r>
          </w:p>
        </w:tc>
      </w:tr>
      <w:tr>
        <w:trPr>
          <w:trHeight w:val="454"/>
        </w:trPr>
        <w:tc>
          <w:tcPr>
            <w:tcW w:type="dxa" w:w="3969"/>
            <w:shd w:val="clear" w:color="auto" w:fill="F2F2F2"/>
          </w:tcPr>
          <w:p>
            <w:r/>
            <w:r>
              <w:rPr>
                <w:b/>
                <w:i w:val="0"/>
                <w:sz w:val="18"/>
              </w:rPr>
              <w:t>Criteria freeze date</w:t>
            </w:r>
          </w:p>
        </w:tc>
        <w:tc>
          <w:tcPr>
            <w:tcW w:type="dxa" w:w="5669"/>
          </w:tcPr>
          <w:p>
            <w:r/>
            <w:r>
              <w:rPr>
                <w:b w:val="0"/>
                <w:i w:val="0"/>
                <w:sz w:val="18"/>
              </w:rPr>
              <w:t>2026-09-20</w:t>
            </w:r>
          </w:p>
        </w:tc>
      </w:tr>
    </w:tbl>
    <w:p>
      <w:pPr>
        <w:spacing w:after="40"/>
      </w:pPr>
    </w:p>
    <w:tbl>
      <w:tblPr>
        <w:tblStyle w:val="TableGrid"/>
        <w:tblW w:type="auto" w:w="0"/>
        <w:jc w:val="center"/>
        <w:tblLook w:firstColumn="1" w:firstRow="1" w:lastColumn="0" w:lastRow="0" w:noHBand="0" w:noVBand="1" w:val="04A0"/>
      </w:tblPr>
      <w:tblGrid>
        <w:gridCol w:w="1606"/>
        <w:gridCol w:w="1606"/>
        <w:gridCol w:w="1606"/>
        <w:gridCol w:w="1606"/>
        <w:gridCol w:w="1606"/>
        <w:gridCol w:w="1606"/>
      </w:tblGrid>
      <w:tr>
        <w:trPr>
          <w:tblHeader w:val="true"/>
        </w:trPr>
        <w:tc>
          <w:tcPr>
            <w:tcW w:type="dxa" w:w="1417"/>
            <w:shd w:val="clear" w:color="auto" w:fill="E7E6E6"/>
          </w:tcPr>
          <w:p>
            <w:r/>
            <w:r>
              <w:rPr>
                <w:b/>
                <w:i w:val="0"/>
                <w:sz w:val="16"/>
              </w:rPr>
              <w:t>Sample ID</w:t>
            </w:r>
          </w:p>
        </w:tc>
        <w:tc>
          <w:tcPr>
            <w:tcW w:type="dxa" w:w="680"/>
            <w:shd w:val="clear" w:color="auto" w:fill="E7E6E6"/>
          </w:tcPr>
          <w:p>
            <w:r/>
            <w:r>
              <w:rPr>
                <w:b/>
                <w:i w:val="0"/>
                <w:sz w:val="16"/>
              </w:rPr>
              <w:t>Role</w:t>
            </w:r>
          </w:p>
        </w:tc>
        <w:tc>
          <w:tcPr>
            <w:tcW w:type="dxa" w:w="1701"/>
            <w:shd w:val="clear" w:color="auto" w:fill="E7E6E6"/>
          </w:tcPr>
          <w:p>
            <w:r/>
            <w:r>
              <w:rPr>
                <w:b/>
                <w:i w:val="0"/>
                <w:sz w:val="16"/>
              </w:rPr>
              <w:t>Collected</w:t>
            </w:r>
          </w:p>
        </w:tc>
        <w:tc>
          <w:tcPr>
            <w:tcW w:type="dxa" w:w="1247"/>
            <w:shd w:val="clear" w:color="auto" w:fill="E7E6E6"/>
          </w:tcPr>
          <w:p>
            <w:r/>
            <w:r>
              <w:rPr>
                <w:b/>
                <w:i w:val="0"/>
                <w:sz w:val="16"/>
              </w:rPr>
              <w:t>Holding time (h)</w:t>
            </w:r>
          </w:p>
        </w:tc>
        <w:tc>
          <w:tcPr>
            <w:tcW w:type="dxa" w:w="1701"/>
            <w:shd w:val="clear" w:color="auto" w:fill="E7E6E6"/>
          </w:tcPr>
          <w:p>
            <w:r/>
            <w:r>
              <w:rPr>
                <w:b/>
                <w:i w:val="0"/>
                <w:sz w:val="16"/>
              </w:rPr>
              <w:t>Latest analysis start</w:t>
            </w:r>
          </w:p>
        </w:tc>
        <w:tc>
          <w:tcPr>
            <w:tcW w:type="dxa" w:w="2891"/>
            <w:shd w:val="clear" w:color="auto" w:fill="E7E6E6"/>
          </w:tcPr>
          <w:p>
            <w:r/>
            <w:r>
              <w:rPr>
                <w:b/>
                <w:i w:val="0"/>
                <w:sz w:val="16"/>
              </w:rPr>
              <w:t>Tests requested</w:t>
            </w:r>
          </w:p>
        </w:tc>
      </w:tr>
      <w:tr>
        <w:trPr>
          <w:trHeight w:val="454"/>
        </w:trPr>
        <w:tc>
          <w:tcPr>
            <w:tcW w:type="dxa" w:w="1417"/>
          </w:tcPr>
          <w:p>
            <w:r/>
            <w:r>
              <w:rPr>
                <w:b w:val="0"/>
                <w:i w:val="0"/>
                <w:sz w:val="16"/>
              </w:rPr>
              <w:t>TP014-T-05</w:t>
            </w:r>
          </w:p>
        </w:tc>
        <w:tc>
          <w:tcPr>
            <w:tcW w:type="dxa" w:w="680"/>
          </w:tcPr>
          <w:p>
            <w:r/>
            <w:r>
              <w:rPr>
                <w:b w:val="0"/>
                <w:i w:val="0"/>
                <w:sz w:val="16"/>
              </w:rPr>
              <w:t>T</w:t>
            </w:r>
          </w:p>
        </w:tc>
        <w:tc>
          <w:tcPr>
            <w:tcW w:type="dxa" w:w="1701"/>
          </w:tcPr>
          <w:p>
            <w:r/>
            <w:r>
              <w:rPr>
                <w:b w:val="0"/>
                <w:i w:val="0"/>
                <w:sz w:val="16"/>
              </w:rPr>
              <w:t>2026-10-01 09:40</w:t>
            </w:r>
          </w:p>
        </w:tc>
        <w:tc>
          <w:tcPr>
            <w:tcW w:type="dxa" w:w="1247"/>
          </w:tcPr>
          <w:p>
            <w:r/>
            <w:r>
              <w:rPr>
                <w:b w:val="0"/>
                <w:i w:val="0"/>
                <w:sz w:val="16"/>
              </w:rPr>
              <w:t>72</w:t>
            </w:r>
          </w:p>
        </w:tc>
        <w:tc>
          <w:tcPr>
            <w:tcW w:type="dxa" w:w="1701"/>
          </w:tcPr>
          <w:p>
            <w:r/>
            <w:r>
              <w:rPr>
                <w:b w:val="0"/>
                <w:i w:val="0"/>
                <w:sz w:val="16"/>
              </w:rPr>
              <w:t>2026-10-04 09:40</w:t>
            </w:r>
          </w:p>
        </w:tc>
        <w:tc>
          <w:tcPr>
            <w:tcW w:type="dxa" w:w="2891"/>
          </w:tcPr>
          <w:p>
            <w:r/>
            <w:r>
              <w:rPr>
                <w:b w:val="0"/>
                <w:i w:val="0"/>
                <w:sz w:val="16"/>
              </w:rPr>
              <w:t>Concentration, pH, bacteria count</w:t>
            </w:r>
          </w:p>
        </w:tc>
      </w:tr>
      <w:tr>
        <w:trPr>
          <w:trHeight w:val="454"/>
        </w:trPr>
        <w:tc>
          <w:tcPr>
            <w:tcW w:type="dxa" w:w="1417"/>
          </w:tcPr>
          <w:p>
            <w:r/>
            <w:r>
              <w:rPr>
                <w:b w:val="0"/>
                <w:i w:val="0"/>
                <w:sz w:val="16"/>
              </w:rPr>
              <w:t>TP014-C-05</w:t>
            </w:r>
          </w:p>
        </w:tc>
        <w:tc>
          <w:tcPr>
            <w:tcW w:type="dxa" w:w="680"/>
          </w:tcPr>
          <w:p>
            <w:r/>
            <w:r>
              <w:rPr>
                <w:b w:val="0"/>
                <w:i w:val="0"/>
                <w:sz w:val="16"/>
              </w:rPr>
              <w:t>C</w:t>
            </w:r>
          </w:p>
        </w:tc>
        <w:tc>
          <w:tcPr>
            <w:tcW w:type="dxa" w:w="1701"/>
          </w:tcPr>
          <w:p>
            <w:r/>
            <w:r>
              <w:rPr>
                <w:b w:val="0"/>
                <w:i w:val="0"/>
                <w:sz w:val="16"/>
              </w:rPr>
              <w:t>2026-10-01 09:45</w:t>
            </w:r>
          </w:p>
        </w:tc>
        <w:tc>
          <w:tcPr>
            <w:tcW w:type="dxa" w:w="1247"/>
          </w:tcPr>
          <w:p>
            <w:r/>
            <w:r>
              <w:rPr>
                <w:b w:val="0"/>
                <w:i w:val="0"/>
                <w:sz w:val="16"/>
              </w:rPr>
              <w:t>72</w:t>
            </w:r>
          </w:p>
        </w:tc>
        <w:tc>
          <w:tcPr>
            <w:tcW w:type="dxa" w:w="1701"/>
          </w:tcPr>
          <w:p>
            <w:r/>
            <w:r>
              <w:rPr>
                <w:b w:val="0"/>
                <w:i w:val="0"/>
                <w:sz w:val="16"/>
              </w:rPr>
              <w:t>2026-10-04 09:45</w:t>
            </w:r>
          </w:p>
        </w:tc>
        <w:tc>
          <w:tcPr>
            <w:tcW w:type="dxa" w:w="2891"/>
          </w:tcPr>
          <w:p>
            <w:r/>
            <w:r>
              <w:rPr>
                <w:b w:val="0"/>
                <w:i w:val="0"/>
                <w:sz w:val="16"/>
              </w:rPr>
              <w:t>Concentration, pH, bacteria count</w:t>
            </w:r>
          </w:p>
        </w:tc>
      </w:tr>
      <w:tr>
        <w:trPr>
          <w:trHeight w:val="454"/>
        </w:trPr>
        <w:tc>
          <w:tcPr>
            <w:tcW w:type="dxa" w:w="1417"/>
          </w:tcPr>
          <w:p>
            <w:r/>
            <w:r>
              <w:rPr>
                <w:b w:val="0"/>
                <w:i w:val="0"/>
                <w:sz w:val="16"/>
              </w:rPr>
              <w:t>TP014-T-05R</w:t>
            </w:r>
          </w:p>
        </w:tc>
        <w:tc>
          <w:tcPr>
            <w:tcW w:type="dxa" w:w="680"/>
          </w:tcPr>
          <w:p>
            <w:r/>
            <w:r>
              <w:rPr>
                <w:b w:val="0"/>
                <w:i w:val="0"/>
                <w:sz w:val="16"/>
              </w:rPr>
              <w:t>R</w:t>
            </w:r>
          </w:p>
        </w:tc>
        <w:tc>
          <w:tcPr>
            <w:tcW w:type="dxa" w:w="1701"/>
          </w:tcPr>
          <w:p>
            <w:r/>
            <w:r>
              <w:rPr>
                <w:b w:val="0"/>
                <w:i w:val="0"/>
                <w:sz w:val="16"/>
              </w:rPr>
              <w:t>2026-10-01 09:40</w:t>
            </w:r>
          </w:p>
        </w:tc>
        <w:tc>
          <w:tcPr>
            <w:tcW w:type="dxa" w:w="1247"/>
          </w:tcPr>
          <w:p>
            <w:r/>
            <w:r>
              <w:rPr>
                <w:b w:val="0"/>
                <w:i w:val="0"/>
                <w:sz w:val="16"/>
              </w:rPr>
              <w:t>n/a</w:t>
            </w:r>
          </w:p>
        </w:tc>
        <w:tc>
          <w:tcPr>
            <w:tcW w:type="dxa" w:w="1701"/>
          </w:tcPr>
          <w:p>
            <w:r/>
            <w:r>
              <w:rPr>
                <w:b w:val="0"/>
                <w:i w:val="0"/>
                <w:sz w:val="16"/>
              </w:rPr>
              <w:t>n/a</w:t>
            </w:r>
          </w:p>
        </w:tc>
        <w:tc>
          <w:tcPr>
            <w:tcW w:type="dxa" w:w="2891"/>
          </w:tcPr>
          <w:p>
            <w:r/>
            <w:r>
              <w:rPr>
                <w:b w:val="0"/>
                <w:i w:val="0"/>
                <w:sz w:val="16"/>
              </w:rPr>
              <w:t>Retained at site, 4 °C</w:t>
            </w:r>
          </w:p>
        </w:tc>
      </w:tr>
    </w:tbl>
    <w:p>
      <w:pPr>
        <w:spacing w:after="40"/>
      </w:pP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trPr>
        <w:tc>
          <w:tcPr>
            <w:tcW w:type="dxa" w:w="567"/>
            <w:shd w:val="clear" w:color="auto" w:fill="E7E6E6"/>
          </w:tcPr>
          <w:p>
            <w:r/>
            <w:r>
              <w:rPr>
                <w:b/>
                <w:i w:val="0"/>
                <w:sz w:val="16"/>
              </w:rPr>
              <w:t>No.</w:t>
            </w:r>
          </w:p>
        </w:tc>
        <w:tc>
          <w:tcPr>
            <w:tcW w:type="dxa" w:w="3402"/>
            <w:shd w:val="clear" w:color="auto" w:fill="E7E6E6"/>
          </w:tcPr>
          <w:p>
            <w:r/>
            <w:r>
              <w:rPr>
                <w:b/>
                <w:i w:val="0"/>
                <w:sz w:val="16"/>
              </w:rPr>
              <w:t>From to</w:t>
            </w:r>
          </w:p>
        </w:tc>
        <w:tc>
          <w:tcPr>
            <w:tcW w:type="dxa" w:w="1701"/>
            <w:shd w:val="clear" w:color="auto" w:fill="E7E6E6"/>
          </w:tcPr>
          <w:p>
            <w:r/>
            <w:r>
              <w:rPr>
                <w:b/>
                <w:i w:val="0"/>
                <w:sz w:val="16"/>
              </w:rPr>
              <w:t>Date and time</w:t>
            </w:r>
          </w:p>
        </w:tc>
        <w:tc>
          <w:tcPr>
            <w:tcW w:type="dxa" w:w="3969"/>
            <w:shd w:val="clear" w:color="auto" w:fill="E7E6E6"/>
          </w:tcPr>
          <w:p>
            <w:r/>
            <w:r>
              <w:rPr>
                <w:b/>
                <w:i w:val="0"/>
                <w:sz w:val="16"/>
              </w:rPr>
              <w:t>Seal, condition, temperature on receipt</w:t>
            </w:r>
          </w:p>
        </w:tc>
      </w:tr>
      <w:tr>
        <w:trPr>
          <w:trHeight w:val="454"/>
        </w:trPr>
        <w:tc>
          <w:tcPr>
            <w:tcW w:type="dxa" w:w="567"/>
          </w:tcPr>
          <w:p>
            <w:r/>
            <w:r>
              <w:rPr>
                <w:b w:val="0"/>
                <w:i w:val="0"/>
                <w:sz w:val="16"/>
              </w:rPr>
              <w:t>1</w:t>
            </w:r>
          </w:p>
        </w:tc>
        <w:tc>
          <w:tcPr>
            <w:tcW w:type="dxa" w:w="3402"/>
          </w:tcPr>
          <w:p>
            <w:r/>
            <w:r>
              <w:rPr>
                <w:b w:val="0"/>
                <w:i w:val="0"/>
                <w:sz w:val="16"/>
              </w:rPr>
              <w:t>Sampler to site custodian</w:t>
            </w:r>
          </w:p>
        </w:tc>
        <w:tc>
          <w:tcPr>
            <w:tcW w:type="dxa" w:w="1701"/>
          </w:tcPr>
          <w:p>
            <w:r/>
            <w:r>
              <w:rPr>
                <w:b w:val="0"/>
                <w:i w:val="0"/>
                <w:sz w:val="16"/>
              </w:rPr>
              <w:t>2026-10-01 09:50</w:t>
            </w:r>
          </w:p>
        </w:tc>
        <w:tc>
          <w:tcPr>
            <w:tcW w:type="dxa" w:w="3969"/>
          </w:tcPr>
          <w:p>
            <w:r/>
            <w:r>
              <w:rPr>
                <w:b w:val="0"/>
                <w:i w:val="0"/>
                <w:sz w:val="16"/>
              </w:rPr>
              <w:t>Container seal S-104301 applied</w:t>
            </w:r>
          </w:p>
        </w:tc>
      </w:tr>
      <w:tr>
        <w:trPr>
          <w:trHeight w:val="454"/>
        </w:trPr>
        <w:tc>
          <w:tcPr>
            <w:tcW w:type="dxa" w:w="567"/>
          </w:tcPr>
          <w:p>
            <w:r/>
            <w:r>
              <w:rPr>
                <w:b w:val="0"/>
                <w:i w:val="0"/>
                <w:sz w:val="16"/>
              </w:rPr>
              <w:t>2</w:t>
            </w:r>
          </w:p>
        </w:tc>
        <w:tc>
          <w:tcPr>
            <w:tcW w:type="dxa" w:w="3402"/>
          </w:tcPr>
          <w:p>
            <w:r/>
            <w:r>
              <w:rPr>
                <w:b w:val="0"/>
                <w:i w:val="0"/>
                <w:sz w:val="16"/>
              </w:rPr>
              <w:t>Site custodian to courier (tracking number recorded)</w:t>
            </w:r>
          </w:p>
        </w:tc>
        <w:tc>
          <w:tcPr>
            <w:tcW w:type="dxa" w:w="1701"/>
          </w:tcPr>
          <w:p>
            <w:r/>
            <w:r>
              <w:rPr>
                <w:b w:val="0"/>
                <w:i w:val="0"/>
                <w:sz w:val="16"/>
              </w:rPr>
              <w:t>2026-10-01 14:10</w:t>
            </w:r>
          </w:p>
        </w:tc>
        <w:tc>
          <w:tcPr>
            <w:tcW w:type="dxa" w:w="3969"/>
          </w:tcPr>
          <w:p>
            <w:r/>
            <w:r>
              <w:rPr>
                <w:b w:val="0"/>
                <w:i w:val="0"/>
                <w:sz w:val="16"/>
              </w:rPr>
              <w:t>Package seals S-104310, S-104311 intact</w:t>
            </w:r>
          </w:p>
        </w:tc>
      </w:tr>
      <w:tr>
        <w:trPr>
          <w:trHeight w:val="454"/>
        </w:trPr>
        <w:tc>
          <w:tcPr>
            <w:tcW w:type="dxa" w:w="567"/>
          </w:tcPr>
          <w:p>
            <w:r/>
            <w:r>
              <w:rPr>
                <w:b w:val="0"/>
                <w:i w:val="0"/>
                <w:sz w:val="16"/>
              </w:rPr>
              <w:t>3</w:t>
            </w:r>
          </w:p>
        </w:tc>
        <w:tc>
          <w:tcPr>
            <w:tcW w:type="dxa" w:w="3402"/>
          </w:tcPr>
          <w:p>
            <w:r/>
            <w:r>
              <w:rPr>
                <w:b w:val="0"/>
                <w:i w:val="0"/>
                <w:sz w:val="16"/>
              </w:rPr>
              <w:t>Courier to laboratory sample desk</w:t>
            </w:r>
          </w:p>
        </w:tc>
        <w:tc>
          <w:tcPr>
            <w:tcW w:type="dxa" w:w="1701"/>
          </w:tcPr>
          <w:p>
            <w:r/>
            <w:r>
              <w:rPr>
                <w:b w:val="0"/>
                <w:i w:val="0"/>
                <w:sz w:val="16"/>
              </w:rPr>
              <w:t>2026-10-02 16:30</w:t>
            </w:r>
          </w:p>
        </w:tc>
        <w:tc>
          <w:tcPr>
            <w:tcW w:type="dxa" w:w="3969"/>
          </w:tcPr>
          <w:p>
            <w:r/>
            <w:r>
              <w:rPr>
                <w:b w:val="0"/>
                <w:i w:val="0"/>
                <w:sz w:val="16"/>
              </w:rPr>
              <w:t>Seals intact; 14 °C, above the 2 to 8 °C plan range</w:t>
            </w:r>
          </w:p>
        </w:tc>
      </w:tr>
      <w:tr>
        <w:trPr>
          <w:trHeight w:val="454"/>
        </w:trPr>
        <w:tc>
          <w:tcPr>
            <w:tcW w:type="dxa" w:w="567"/>
          </w:tcPr>
          <w:p>
            <w:r/>
            <w:r>
              <w:rPr>
                <w:b w:val="0"/>
                <w:i w:val="0"/>
                <w:sz w:val="16"/>
              </w:rPr>
              <w:t>4</w:t>
            </w:r>
          </w:p>
        </w:tc>
        <w:tc>
          <w:tcPr>
            <w:tcW w:type="dxa" w:w="3402"/>
          </w:tcPr>
          <w:p>
            <w:r/>
            <w:r>
              <w:rPr>
                <w:b w:val="0"/>
                <w:i w:val="0"/>
                <w:sz w:val="16"/>
              </w:rPr>
              <w:t>Sample desk to analyst</w:t>
            </w:r>
          </w:p>
        </w:tc>
        <w:tc>
          <w:tcPr>
            <w:tcW w:type="dxa" w:w="1701"/>
          </w:tcPr>
          <w:p>
            <w:r/>
            <w:r>
              <w:rPr>
                <w:b w:val="0"/>
                <w:i w:val="0"/>
                <w:sz w:val="16"/>
              </w:rPr>
              <w:t>2026-10-02 16:45</w:t>
            </w:r>
          </w:p>
        </w:tc>
        <w:tc>
          <w:tcPr>
            <w:tcW w:type="dxa" w:w="3969"/>
          </w:tcPr>
          <w:p>
            <w:r/>
            <w:r>
              <w:rPr>
                <w:b w:val="0"/>
                <w:i w:val="0"/>
                <w:sz w:val="16"/>
              </w:rPr>
              <w:t>Bacteria count put on hold</w:t>
            </w:r>
          </w:p>
        </w:tc>
      </w:tr>
    </w:tbl>
    <w:p>
      <w:pPr>
        <w:spacing w:after="40"/>
      </w:pPr>
    </w:p>
    <w:tbl>
      <w:tblPr>
        <w:tblStyle w:val="TableGrid"/>
        <w:tblW w:type="auto" w:w="0"/>
        <w:jc w:val="center"/>
        <w:tblLook w:firstColumn="1" w:firstRow="1" w:lastColumn="0" w:lastRow="0" w:noHBand="0" w:noVBand="1" w:val="04A0"/>
      </w:tblPr>
      <w:tblGrid>
        <w:gridCol w:w="794"/>
        <w:gridCol w:w="1701"/>
        <w:gridCol w:w="2268"/>
        <w:gridCol w:w="2438"/>
        <w:gridCol w:w="2437"/>
      </w:tblGrid>
      <w:tr>
        <w:trPr>
          <w:tblHeader w:val="true"/>
        </w:trPr>
        <w:tc>
          <w:tcPr>
            <w:tcW w:type="dxa" w:w="794"/>
            <w:shd w:val="clear" w:color="auto" w:fill="E7E6E6"/>
          </w:tcPr>
          <w:p>
            <w:r/>
            <w:r>
              <w:rPr>
                <w:b/>
                <w:i w:val="0"/>
                <w:sz w:val="16"/>
              </w:rPr>
              <w:t>No.</w:t>
            </w:r>
          </w:p>
        </w:tc>
        <w:tc>
          <w:tcPr>
            <w:tcW w:type="dxa" w:w="1701"/>
            <w:shd w:val="clear" w:color="auto" w:fill="E7E6E6"/>
          </w:tcPr>
          <w:p>
            <w:r/>
            <w:r>
              <w:rPr>
                <w:b/>
                <w:i w:val="0"/>
                <w:sz w:val="16"/>
              </w:rPr>
              <w:t>Sample IDs</w:t>
            </w:r>
          </w:p>
        </w:tc>
        <w:tc>
          <w:tcPr>
            <w:tcW w:type="dxa" w:w="2268"/>
            <w:shd w:val="clear" w:color="auto" w:fill="E7E6E6"/>
          </w:tcPr>
          <w:p>
            <w:r/>
            <w:r>
              <w:rPr>
                <w:b/>
                <w:i w:val="0"/>
                <w:sz w:val="16"/>
              </w:rPr>
              <w:t>What happened</w:t>
            </w:r>
          </w:p>
        </w:tc>
        <w:tc>
          <w:tcPr>
            <w:tcW w:type="dxa" w:w="2438"/>
            <w:shd w:val="clear" w:color="auto" w:fill="E7E6E6"/>
          </w:tcPr>
          <w:p>
            <w:r/>
            <w:r>
              <w:rPr>
                <w:b/>
                <w:i w:val="0"/>
                <w:sz w:val="16"/>
              </w:rPr>
              <w:t>Effect on reading</w:t>
            </w:r>
          </w:p>
        </w:tc>
        <w:tc>
          <w:tcPr>
            <w:tcW w:type="dxa" w:w="2437"/>
            <w:shd w:val="clear" w:color="auto" w:fill="E7E6E6"/>
          </w:tcPr>
          <w:p>
            <w:r/>
            <w:r>
              <w:rPr>
                <w:b/>
                <w:i w:val="0"/>
                <w:sz w:val="16"/>
              </w:rPr>
              <w:t>Decision</w:t>
            </w:r>
          </w:p>
        </w:tc>
      </w:tr>
      <w:tr>
        <w:trPr>
          <w:trHeight w:val="454"/>
        </w:trPr>
        <w:tc>
          <w:tcPr>
            <w:tcW w:type="dxa" w:w="794"/>
          </w:tcPr>
          <w:p>
            <w:r/>
            <w:r>
              <w:rPr>
                <w:b w:val="0"/>
                <w:i w:val="0"/>
                <w:sz w:val="16"/>
              </w:rPr>
              <w:t>D-04</w:t>
            </w:r>
          </w:p>
        </w:tc>
        <w:tc>
          <w:tcPr>
            <w:tcW w:type="dxa" w:w="1701"/>
          </w:tcPr>
          <w:p>
            <w:r/>
            <w:r>
              <w:rPr>
                <w:b w:val="0"/>
                <w:i w:val="0"/>
                <w:sz w:val="16"/>
              </w:rPr>
              <w:t>TP014-T-05, TP014-C-05</w:t>
            </w:r>
          </w:p>
        </w:tc>
        <w:tc>
          <w:tcPr>
            <w:tcW w:type="dxa" w:w="2268"/>
          </w:tcPr>
          <w:p>
            <w:r/>
            <w:r>
              <w:rPr>
                <w:b w:val="0"/>
                <w:i w:val="0"/>
                <w:sz w:val="16"/>
              </w:rPr>
              <w:t>Arrived at 14 °C, above the 2 to 8 °C plan range; seals intact</w:t>
            </w:r>
          </w:p>
        </w:tc>
        <w:tc>
          <w:tcPr>
            <w:tcW w:type="dxa" w:w="2438"/>
          </w:tcPr>
          <w:p>
            <w:r/>
            <w:r>
              <w:rPr>
                <w:b w:val="0"/>
                <w:i w:val="0"/>
                <w:sz w:val="16"/>
              </w:rPr>
              <w:t>Concentration and pH readable with note; bacteria count not readable</w:t>
            </w:r>
          </w:p>
        </w:tc>
        <w:tc>
          <w:tcPr>
            <w:tcW w:type="dxa" w:w="2437"/>
          </w:tcPr>
          <w:p>
            <w:r/>
            <w:r>
              <w:rPr>
                <w:b w:val="0"/>
                <w:i w:val="0"/>
                <w:sz w:val="16"/>
              </w:rPr>
              <w:t>Draw a replacement pair at the next interval; keep originals on file, not for interpretation. Trial owner, 2026-10-03</w:t>
            </w:r>
          </w:p>
        </w:tc>
      </w:tr>
    </w:tbl>
    <w:p>
      <w:pPr>
        <w:spacing w:after="40"/>
      </w:pPr>
    </w:p>
    <w:sectPr w:rsidR="00FC693F" w:rsidRPr="0006063C" w:rsidSect="00034616">
      <w:footerReference w:type="default" r:id="rId9"/>
      <w:pgSz w:w="11906" w:h="16838"/>
      <w:pgMar w:top="1417" w:right="1134" w:bottom="1417" w:left="1134" w:header="72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sz w:val="16"/>
      </w:rPr>
      <w:t>Template from www.lubinpla.com/post/trial-sample-chain-of-custody-form-template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